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6291" w:rsidP="008849C8" w:rsidRDefault="00B16291" w14:paraId="1CAC741B" w14:textId="77777777">
      <w:pPr>
        <w:pStyle w:val="Title"/>
        <w:tabs>
          <w:tab w:val="left" w:pos="3030"/>
          <w:tab w:val="center" w:pos="4706"/>
          <w:tab w:val="right" w:pos="7797"/>
          <w:tab w:val="right" w:pos="9412"/>
        </w:tabs>
        <w:jc w:val="center"/>
        <w:rPr>
          <w:rFonts w:ascii="Arial" w:hAnsi="Arial" w:cs="Arial"/>
          <w:b/>
          <w:bCs/>
          <w:color w:val="auto"/>
          <w:spacing w:val="20"/>
          <w:sz w:val="28"/>
          <w:szCs w:val="28"/>
        </w:rPr>
      </w:pPr>
    </w:p>
    <w:p w:rsidR="008849C8" w:rsidP="00B16291" w:rsidRDefault="008849C8" w14:paraId="2D44A34B" w14:textId="02A0A89D">
      <w:pPr>
        <w:pStyle w:val="Title"/>
        <w:tabs>
          <w:tab w:val="left" w:pos="3030"/>
          <w:tab w:val="center" w:pos="4706"/>
          <w:tab w:val="right" w:pos="7797"/>
          <w:tab w:val="right" w:pos="9412"/>
        </w:tabs>
        <w:spacing w:after="0"/>
        <w:jc w:val="center"/>
        <w:rPr>
          <w:rFonts w:ascii="Arial" w:hAnsi="Arial" w:cs="Arial"/>
          <w:b w:val="1"/>
          <w:bCs w:val="1"/>
          <w:color w:val="auto"/>
          <w:spacing w:val="20"/>
          <w:sz w:val="28"/>
          <w:szCs w:val="28"/>
        </w:rPr>
      </w:pPr>
      <w:r w:rsidRPr="00B16291" w:rsidR="008849C8">
        <w:rPr>
          <w:rFonts w:ascii="Arial" w:hAnsi="Arial" w:cs="Arial"/>
          <w:b w:val="1"/>
          <w:bCs w:val="1"/>
          <w:color w:val="auto"/>
          <w:spacing w:val="20"/>
          <w:sz w:val="28"/>
          <w:szCs w:val="28"/>
        </w:rPr>
        <w:t>MS Trust Annual Conference</w:t>
      </w:r>
      <w:r w:rsidRPr="00B16291" w:rsidR="00B16291">
        <w:rPr>
          <w:rFonts w:ascii="Arial" w:hAnsi="Arial" w:cs="Arial"/>
          <w:b w:val="1"/>
          <w:bCs w:val="1"/>
          <w:color w:val="auto"/>
          <w:spacing w:val="20"/>
          <w:sz w:val="28"/>
          <w:szCs w:val="28"/>
        </w:rPr>
        <w:t xml:space="preserve"> 2027</w:t>
      </w:r>
    </w:p>
    <w:p w:rsidR="4AAE260F" w:rsidP="4AAE260F" w:rsidRDefault="4AAE260F" w14:paraId="4212CC51" w14:textId="09190D3F">
      <w:pPr>
        <w:pStyle w:val="Normal"/>
        <w:tabs>
          <w:tab w:val="left" w:leader="none" w:pos="3030"/>
          <w:tab w:val="center" w:leader="none" w:pos="4706"/>
          <w:tab w:val="right" w:leader="none" w:pos="7797"/>
          <w:tab w:val="right" w:leader="none" w:pos="9412"/>
        </w:tabs>
      </w:pPr>
    </w:p>
    <w:p w:rsidR="00B16291" w:rsidP="00B16291" w:rsidRDefault="00B16291" w14:paraId="21612A96" w14:textId="470EE3A2">
      <w:pPr>
        <w:spacing w:after="0"/>
        <w:jc w:val="center"/>
        <w:rPr>
          <w:rFonts w:ascii="Arial" w:hAnsi="Arial" w:cs="Arial"/>
        </w:rPr>
      </w:pPr>
      <w:r w:rsidRPr="76B59CF1" w:rsidR="00B16291">
        <w:rPr>
          <w:rFonts w:ascii="Arial" w:hAnsi="Arial" w:cs="Arial"/>
        </w:rPr>
        <w:t>Innovation i</w:t>
      </w:r>
      <w:r w:rsidRPr="76B59CF1" w:rsidR="76D445FD">
        <w:rPr>
          <w:rFonts w:ascii="Arial" w:hAnsi="Arial" w:cs="Arial"/>
        </w:rPr>
        <w:t>n</w:t>
      </w:r>
      <w:r w:rsidRPr="76B59CF1" w:rsidR="00B16291">
        <w:rPr>
          <w:rFonts w:ascii="Arial" w:hAnsi="Arial" w:cs="Arial"/>
        </w:rPr>
        <w:t xml:space="preserve"> MS care | Delivering Person-</w:t>
      </w:r>
      <w:r w:rsidRPr="76B59CF1" w:rsidR="00B16291">
        <w:rPr>
          <w:rFonts w:ascii="Arial" w:hAnsi="Arial" w:cs="Arial"/>
        </w:rPr>
        <w:t>Centred</w:t>
      </w:r>
      <w:r w:rsidRPr="76B59CF1" w:rsidR="00B16291">
        <w:rPr>
          <w:rFonts w:ascii="Arial" w:hAnsi="Arial" w:cs="Arial"/>
        </w:rPr>
        <w:t xml:space="preserve"> Care at Every Stage | </w:t>
      </w:r>
      <w:r>
        <w:tab/>
      </w:r>
      <w:r>
        <w:tab/>
      </w:r>
      <w:r w:rsidRPr="76B59CF1" w:rsidR="00B16291">
        <w:rPr>
          <w:rFonts w:ascii="Arial" w:hAnsi="Arial" w:cs="Arial"/>
        </w:rPr>
        <w:t>Strengthening Sustainable MS Services</w:t>
      </w:r>
    </w:p>
    <w:p w:rsidRPr="00B16291" w:rsidR="00B16291" w:rsidP="00B16291" w:rsidRDefault="00B16291" w14:paraId="1294BAD0" w14:textId="77777777">
      <w:pPr>
        <w:spacing w:after="0"/>
        <w:jc w:val="center"/>
        <w:rPr>
          <w:rFonts w:ascii="Arial" w:hAnsi="Arial" w:cs="Arial"/>
        </w:rPr>
      </w:pPr>
    </w:p>
    <w:p w:rsidR="00B16291" w:rsidP="00B16291" w:rsidRDefault="00B16291" w14:paraId="2901E826" w14:textId="77777777">
      <w:pPr>
        <w:spacing w:after="0"/>
        <w:rPr>
          <w:rFonts w:ascii="Arial" w:hAnsi="Arial" w:cs="Arial"/>
          <w:b/>
          <w:bCs/>
          <w:sz w:val="28"/>
          <w:szCs w:val="16"/>
        </w:rPr>
      </w:pPr>
    </w:p>
    <w:p w:rsidRPr="00B16291" w:rsidR="001F5ADB" w:rsidP="00B16291" w:rsidRDefault="00B24484" w14:paraId="2B6F0A96" w14:textId="13B53012">
      <w:pPr>
        <w:spacing w:after="0"/>
        <w:rPr>
          <w:rFonts w:ascii="Arial" w:hAnsi="Arial" w:cs="Arial"/>
          <w:b/>
          <w:bCs/>
          <w:sz w:val="28"/>
          <w:szCs w:val="16"/>
        </w:rPr>
      </w:pPr>
      <w:r w:rsidRPr="00B16291">
        <w:rPr>
          <w:rFonts w:ascii="Arial" w:hAnsi="Arial" w:cs="Arial"/>
          <w:b/>
          <w:bCs/>
          <w:sz w:val="28"/>
          <w:szCs w:val="16"/>
        </w:rPr>
        <w:t>Abstract</w:t>
      </w:r>
      <w:r w:rsidRPr="00B16291" w:rsidR="001F5ADB">
        <w:rPr>
          <w:rFonts w:ascii="Arial" w:hAnsi="Arial" w:cs="Arial"/>
          <w:b/>
          <w:bCs/>
          <w:sz w:val="28"/>
          <w:szCs w:val="16"/>
        </w:rPr>
        <w:t xml:space="preserve"> &amp; Poster Submissions</w:t>
      </w:r>
    </w:p>
    <w:p w:rsidRPr="00B16291" w:rsidR="007D59EA" w:rsidP="00B16291" w:rsidRDefault="001F5ADB" w14:paraId="661C96CA" w14:textId="0BA2685A">
      <w:pPr>
        <w:spacing w:after="0"/>
        <w:rPr>
          <w:rFonts w:ascii="Arial" w:hAnsi="Arial" w:cs="Arial"/>
          <w:sz w:val="24"/>
          <w:szCs w:val="14"/>
        </w:rPr>
      </w:pPr>
      <w:r w:rsidRPr="00B16291">
        <w:rPr>
          <w:rFonts w:ascii="Arial" w:hAnsi="Arial" w:cs="Arial"/>
          <w:sz w:val="24"/>
          <w:szCs w:val="14"/>
        </w:rPr>
        <w:t>Guidelines &amp;</w:t>
      </w:r>
      <w:r w:rsidRPr="00B16291" w:rsidR="00B24484">
        <w:rPr>
          <w:rFonts w:ascii="Arial" w:hAnsi="Arial" w:cs="Arial"/>
          <w:sz w:val="24"/>
          <w:szCs w:val="14"/>
        </w:rPr>
        <w:t xml:space="preserve"> Application Form</w:t>
      </w:r>
    </w:p>
    <w:p w:rsidRPr="008849C8" w:rsidR="001F5ADB" w:rsidP="001F5ADB" w:rsidRDefault="001F5ADB" w14:paraId="3F8771C1" w14:textId="77777777">
      <w:pPr>
        <w:spacing w:after="0"/>
        <w:jc w:val="center"/>
        <w:rPr>
          <w:rFonts w:ascii="Arial" w:hAnsi="Arial" w:cs="Arial"/>
          <w:sz w:val="18"/>
          <w:szCs w:val="18"/>
        </w:rPr>
      </w:pPr>
    </w:p>
    <w:p w:rsidRPr="008849C8" w:rsidR="001F5ADB" w:rsidRDefault="001F5ADB" w14:paraId="2C5EFE6E" w14:textId="11390872">
      <w:pPr>
        <w:rPr>
          <w:rFonts w:ascii="Arial" w:hAnsi="Arial" w:cs="Arial"/>
          <w:b/>
        </w:rPr>
      </w:pPr>
      <w:r w:rsidRPr="008849C8">
        <w:rPr>
          <w:rFonts w:ascii="Arial" w:hAnsi="Arial" w:cs="Arial"/>
          <w:b/>
        </w:rPr>
        <w:t>Guidelines</w:t>
      </w:r>
    </w:p>
    <w:p w:rsidRPr="008849C8" w:rsidR="001F5ADB" w:rsidP="001F5ADB" w:rsidRDefault="001F5ADB" w14:paraId="5335933C" w14:textId="00DDC48D">
      <w:pPr>
        <w:rPr>
          <w:rFonts w:ascii="Arial" w:hAnsi="Arial" w:cs="Arial"/>
          <w:bCs/>
        </w:rPr>
      </w:pPr>
      <w:r w:rsidRPr="008849C8">
        <w:rPr>
          <w:rFonts w:ascii="Arial" w:hAnsi="Arial" w:cs="Arial"/>
          <w:bCs/>
        </w:rPr>
        <w:t xml:space="preserve">The MS Trust </w:t>
      </w:r>
      <w:proofErr w:type="gramStart"/>
      <w:r w:rsidRPr="008849C8">
        <w:rPr>
          <w:rFonts w:ascii="Arial" w:hAnsi="Arial" w:cs="Arial"/>
          <w:bCs/>
        </w:rPr>
        <w:t>conference poster</w:t>
      </w:r>
      <w:proofErr w:type="gramEnd"/>
      <w:r w:rsidRPr="008849C8">
        <w:rPr>
          <w:rFonts w:ascii="Arial" w:hAnsi="Arial" w:cs="Arial"/>
          <w:bCs/>
        </w:rPr>
        <w:t xml:space="preserve"> exhibition provides an opportunity to showcase examples of excellence in research, evidence and practice in MS care. Research, audit and service improvement projects are all eligible for submission as posters. </w:t>
      </w:r>
    </w:p>
    <w:p w:rsidRPr="008849C8" w:rsidR="001F5ADB" w:rsidP="001F5ADB" w:rsidRDefault="001F5ADB" w14:paraId="495E42C2" w14:textId="0E63D09F">
      <w:pPr>
        <w:rPr>
          <w:rFonts w:ascii="Arial" w:hAnsi="Arial" w:cs="Arial"/>
          <w:bCs/>
        </w:rPr>
      </w:pPr>
      <w:r w:rsidRPr="008849C8">
        <w:rPr>
          <w:rFonts w:ascii="Arial" w:hAnsi="Arial" w:cs="Arial"/>
          <w:bCs/>
        </w:rPr>
        <w:t xml:space="preserve">Posters will be displayed throughout the conference and there is time in the programme for poster authors to respond to delegate questions. The top posters are entered into a fast-paced </w:t>
      </w:r>
      <w:r w:rsidRPr="008849C8">
        <w:rPr>
          <w:rFonts w:ascii="Arial" w:hAnsi="Arial" w:cs="Arial"/>
          <w:bCs/>
        </w:rPr>
        <w:t>but informal</w:t>
      </w:r>
      <w:r w:rsidRPr="008849C8">
        <w:rPr>
          <w:rFonts w:ascii="Arial" w:hAnsi="Arial" w:cs="Arial"/>
          <w:bCs/>
        </w:rPr>
        <w:t xml:space="preserve"> ‘poster speed-dating’ session whilst other posters accepted will have an opportunity to informally present them at their stands. </w:t>
      </w:r>
    </w:p>
    <w:p w:rsidRPr="008849C8" w:rsidR="001F5ADB" w:rsidP="001F5ADB" w:rsidRDefault="001F5ADB" w14:paraId="20CFD1D8" w14:textId="59BCFF31">
      <w:pPr>
        <w:rPr>
          <w:rFonts w:ascii="Arial" w:hAnsi="Arial" w:cs="Arial"/>
          <w:bCs/>
        </w:rPr>
      </w:pPr>
      <w:r w:rsidRPr="008849C8">
        <w:rPr>
          <w:rFonts w:ascii="Arial" w:hAnsi="Arial" w:cs="Arial"/>
          <w:bCs/>
        </w:rPr>
        <w:t>As part of our</w:t>
      </w:r>
      <w:r w:rsidRPr="008849C8">
        <w:rPr>
          <w:rFonts w:ascii="Arial" w:hAnsi="Arial" w:cs="Arial"/>
          <w:bCs/>
        </w:rPr>
        <w:t xml:space="preserve"> strategy, we focus on </w:t>
      </w:r>
      <w:r w:rsidRPr="008849C8">
        <w:rPr>
          <w:rFonts w:ascii="Arial" w:hAnsi="Arial" w:cs="Arial"/>
          <w:bCs/>
        </w:rPr>
        <w:t>research</w:t>
      </w:r>
      <w:r w:rsidRPr="008849C8">
        <w:rPr>
          <w:rFonts w:ascii="Arial" w:hAnsi="Arial" w:cs="Arial"/>
          <w:bCs/>
        </w:rPr>
        <w:t xml:space="preserve"> and innovation that can make a difference to people living with MS today. We welcome posters that showcase evidence-based interventions that can swiftly be put into clinical practice.</w:t>
      </w:r>
    </w:p>
    <w:p w:rsidRPr="008849C8" w:rsidR="001F5ADB" w:rsidP="76B59CF1" w:rsidRDefault="001F5ADB" w14:paraId="035E05C4" w14:textId="60EA1714">
      <w:pPr>
        <w:rPr>
          <w:rFonts w:ascii="Arial" w:hAnsi="Arial" w:cs="Arial"/>
        </w:rPr>
      </w:pPr>
      <w:r w:rsidRPr="76B59CF1" w:rsidR="001F5ADB">
        <w:rPr>
          <w:rFonts w:ascii="Arial" w:hAnsi="Arial" w:cs="Arial"/>
        </w:rPr>
        <w:t xml:space="preserve">Alongside </w:t>
      </w:r>
      <w:r w:rsidRPr="76B59CF1" w:rsidR="001F5ADB">
        <w:rPr>
          <w:rFonts w:ascii="Arial" w:hAnsi="Arial" w:cs="Arial"/>
        </w:rPr>
        <w:t>our theme of ‘</w:t>
      </w:r>
      <w:r w:rsidRPr="76B59CF1" w:rsidR="001F5ADB">
        <w:rPr>
          <w:rFonts w:ascii="Arial" w:hAnsi="Arial" w:cs="Arial"/>
        </w:rPr>
        <w:t>Innovation i</w:t>
      </w:r>
      <w:r w:rsidRPr="76B59CF1" w:rsidR="24F94479">
        <w:rPr>
          <w:rFonts w:ascii="Arial" w:hAnsi="Arial" w:cs="Arial"/>
        </w:rPr>
        <w:t>n</w:t>
      </w:r>
      <w:r w:rsidRPr="76B59CF1" w:rsidR="001F5ADB">
        <w:rPr>
          <w:rFonts w:ascii="Arial" w:hAnsi="Arial" w:cs="Arial"/>
        </w:rPr>
        <w:t xml:space="preserve"> MS care | Delivering Person-</w:t>
      </w:r>
      <w:r w:rsidRPr="76B59CF1" w:rsidR="001F5ADB">
        <w:rPr>
          <w:rFonts w:ascii="Arial" w:hAnsi="Arial" w:cs="Arial"/>
        </w:rPr>
        <w:t>Centred</w:t>
      </w:r>
      <w:r w:rsidRPr="76B59CF1" w:rsidR="001F5ADB">
        <w:rPr>
          <w:rFonts w:ascii="Arial" w:hAnsi="Arial" w:cs="Arial"/>
        </w:rPr>
        <w:t xml:space="preserve"> Care at Every Stage | Strengthening Sustainable MS Services</w:t>
      </w:r>
      <w:r w:rsidRPr="76B59CF1" w:rsidR="001F5ADB">
        <w:rPr>
          <w:rFonts w:ascii="Arial" w:hAnsi="Arial" w:cs="Arial"/>
        </w:rPr>
        <w:t xml:space="preserve">’ </w:t>
      </w:r>
      <w:r w:rsidRPr="76B59CF1" w:rsidR="001F5ADB">
        <w:rPr>
          <w:rFonts w:ascii="Arial" w:hAnsi="Arial" w:cs="Arial"/>
        </w:rPr>
        <w:t xml:space="preserve">we continue to incorporate sustainability as a guiding principle throughout the curriculum. Submitted posters are encouraged to be aligned with these themes. </w:t>
      </w:r>
    </w:p>
    <w:p w:rsidRPr="008849C8" w:rsidR="001F5ADB" w:rsidP="76B59CF1" w:rsidRDefault="001F5ADB" w14:paraId="490FDEA9" w14:textId="76532D40">
      <w:pPr>
        <w:rPr>
          <w:rFonts w:ascii="Arial" w:hAnsi="Arial" w:cs="Arial"/>
          <w:b w:val="1"/>
          <w:bCs w:val="1"/>
        </w:rPr>
      </w:pPr>
      <w:r w:rsidRPr="76B59CF1" w:rsidR="001F5ADB">
        <w:rPr>
          <w:rFonts w:ascii="Arial" w:hAnsi="Arial" w:cs="Arial"/>
        </w:rPr>
        <w:t xml:space="preserve">Posters </w:t>
      </w:r>
      <w:r w:rsidRPr="76B59CF1" w:rsidR="001F5ADB">
        <w:rPr>
          <w:rFonts w:ascii="Arial" w:hAnsi="Arial" w:cs="Arial"/>
        </w:rPr>
        <w:t xml:space="preserve">presented at </w:t>
      </w:r>
      <w:bookmarkStart w:name="_Int_F5P0NDMC" w:id="1557018542"/>
      <w:r w:rsidRPr="76B59CF1" w:rsidR="001F5ADB">
        <w:rPr>
          <w:rFonts w:ascii="Arial" w:hAnsi="Arial" w:cs="Arial"/>
        </w:rPr>
        <w:t>conference</w:t>
      </w:r>
      <w:bookmarkEnd w:id="1557018542"/>
      <w:r w:rsidRPr="76B59CF1" w:rsidR="001F5ADB">
        <w:rPr>
          <w:rFonts w:ascii="Arial" w:hAnsi="Arial" w:cs="Arial"/>
        </w:rPr>
        <w:t xml:space="preserve"> </w:t>
      </w:r>
      <w:r w:rsidRPr="76B59CF1" w:rsidR="001F5ADB">
        <w:rPr>
          <w:rFonts w:ascii="Arial" w:hAnsi="Arial" w:cs="Arial"/>
        </w:rPr>
        <w:t xml:space="preserve">will be judged by </w:t>
      </w:r>
      <w:r w:rsidRPr="76B59CF1" w:rsidR="001F5ADB">
        <w:rPr>
          <w:rFonts w:ascii="Arial" w:hAnsi="Arial" w:cs="Arial"/>
        </w:rPr>
        <w:t xml:space="preserve">a multidisciplinary panel of healthcare professionals and researchers, </w:t>
      </w:r>
      <w:r w:rsidRPr="76B59CF1" w:rsidR="001F5ADB">
        <w:rPr>
          <w:rFonts w:ascii="Arial" w:hAnsi="Arial" w:cs="Arial"/>
        </w:rPr>
        <w:t>and the winner will be announced at the end of the conference.</w:t>
      </w:r>
      <w:r w:rsidRPr="76B59CF1" w:rsidR="001F5ADB">
        <w:rPr>
          <w:rFonts w:ascii="Arial" w:hAnsi="Arial" w:cs="Arial"/>
          <w:b w:val="1"/>
          <w:bCs w:val="1"/>
        </w:rPr>
        <w:t xml:space="preserve"> </w:t>
      </w:r>
      <w:r w:rsidRPr="76B59CF1" w:rsidR="001F5ADB">
        <w:rPr>
          <w:rFonts w:ascii="Arial" w:hAnsi="Arial" w:cs="Arial"/>
          <w:b w:val="1"/>
          <w:bCs w:val="1"/>
        </w:rPr>
        <w:t>Only practicing</w:t>
      </w:r>
      <w:r w:rsidRPr="76B59CF1" w:rsidR="001F5ADB">
        <w:rPr>
          <w:rFonts w:ascii="Arial" w:hAnsi="Arial" w:cs="Arial"/>
          <w:b w:val="1"/>
          <w:bCs w:val="1"/>
        </w:rPr>
        <w:t xml:space="preserve"> UK clinicians are eligible to win the poster prize</w:t>
      </w:r>
      <w:r w:rsidRPr="76B59CF1" w:rsidR="001F5ADB">
        <w:rPr>
          <w:rFonts w:ascii="Arial" w:hAnsi="Arial" w:cs="Arial"/>
          <w:b w:val="1"/>
          <w:bCs w:val="1"/>
        </w:rPr>
        <w:t>.</w:t>
      </w:r>
      <w:r w:rsidRPr="76B59CF1" w:rsidR="001F5ADB">
        <w:rPr>
          <w:rFonts w:ascii="Arial" w:hAnsi="Arial" w:cs="Arial"/>
          <w:b w:val="1"/>
          <w:bCs w:val="1"/>
        </w:rPr>
        <w:t xml:space="preserve"> </w:t>
      </w:r>
      <w:r w:rsidRPr="76B59CF1" w:rsidR="001F5ADB">
        <w:rPr>
          <w:rFonts w:ascii="Arial" w:hAnsi="Arial" w:cs="Arial"/>
        </w:rPr>
        <w:t>The judging panel</w:t>
      </w:r>
      <w:r w:rsidRPr="76B59CF1" w:rsidR="001F5ADB">
        <w:rPr>
          <w:rFonts w:ascii="Arial" w:hAnsi="Arial" w:cs="Arial"/>
        </w:rPr>
        <w:t xml:space="preserve"> will consider the content, style and innovative nature of your project or research and how well this is communicated in your poster.</w:t>
      </w:r>
      <w:r w:rsidRPr="76B59CF1" w:rsidR="001F5ADB">
        <w:rPr>
          <w:rFonts w:ascii="Arial" w:hAnsi="Arial" w:cs="Arial"/>
          <w:b w:val="1"/>
          <w:bCs w:val="1"/>
        </w:rPr>
        <w:t xml:space="preserve"> </w:t>
      </w:r>
    </w:p>
    <w:p w:rsidRPr="008849C8" w:rsidR="002B037D" w:rsidP="001F5ADB" w:rsidRDefault="002B037D" w14:paraId="7628F6B5" w14:textId="77777777">
      <w:pPr>
        <w:rPr>
          <w:rFonts w:ascii="Arial" w:hAnsi="Arial" w:cs="Arial"/>
          <w:b/>
        </w:rPr>
      </w:pPr>
    </w:p>
    <w:p w:rsidRPr="008849C8" w:rsidR="002B037D" w:rsidP="001F5ADB" w:rsidRDefault="002B037D" w14:paraId="7868914E" w14:textId="77777777">
      <w:pPr>
        <w:rPr>
          <w:rFonts w:ascii="Arial" w:hAnsi="Arial" w:cs="Arial"/>
          <w:b/>
        </w:rPr>
      </w:pPr>
    </w:p>
    <w:p w:rsidRPr="008849C8" w:rsidR="008849C8" w:rsidP="001F5ADB" w:rsidRDefault="008849C8" w14:paraId="36E3A2D9" w14:textId="77777777">
      <w:pPr>
        <w:rPr>
          <w:rFonts w:ascii="Arial" w:hAnsi="Arial" w:cs="Arial"/>
          <w:b/>
        </w:rPr>
      </w:pPr>
    </w:p>
    <w:p w:rsidR="00B16291" w:rsidP="001F5ADB" w:rsidRDefault="00B16291" w14:paraId="62D2A38E" w14:textId="77777777">
      <w:pPr>
        <w:rPr>
          <w:rFonts w:ascii="Arial" w:hAnsi="Arial" w:cs="Arial"/>
          <w:b/>
        </w:rPr>
      </w:pPr>
    </w:p>
    <w:p w:rsidRPr="008849C8" w:rsidR="001F5ADB" w:rsidP="001F5ADB" w:rsidRDefault="001F5ADB" w14:paraId="61030A28" w14:textId="4933C9D4">
      <w:pPr>
        <w:rPr>
          <w:rFonts w:ascii="Arial" w:hAnsi="Arial" w:cs="Arial"/>
          <w:b/>
        </w:rPr>
      </w:pPr>
      <w:r w:rsidRPr="008849C8">
        <w:rPr>
          <w:rFonts w:ascii="Arial" w:hAnsi="Arial" w:cs="Arial"/>
          <w:b/>
        </w:rPr>
        <w:lastRenderedPageBreak/>
        <w:t xml:space="preserve">Submission dates </w:t>
      </w:r>
    </w:p>
    <w:p w:rsidRPr="008849C8" w:rsidR="002B037D" w:rsidP="002B037D" w:rsidRDefault="001F5ADB" w14:paraId="6C0C8229" w14:textId="7A402269">
      <w:pPr>
        <w:spacing w:after="0"/>
        <w:rPr>
          <w:rFonts w:ascii="Arial" w:hAnsi="Arial" w:cs="Arial"/>
          <w:bCs/>
        </w:rPr>
      </w:pPr>
      <w:r w:rsidRPr="008849C8">
        <w:rPr>
          <w:rFonts w:ascii="Arial" w:hAnsi="Arial" w:cs="Arial"/>
          <w:bCs/>
        </w:rPr>
        <w:t xml:space="preserve">The table below outlines the key submission dates in relation to abstract and poster submissions. Please be aware that these are fixed submission dates and late entries cannot be accepted. All documents must be submitted electronically to </w:t>
      </w:r>
      <w:hyperlink w:history="1" r:id="rId8">
        <w:r w:rsidRPr="008849C8">
          <w:rPr>
            <w:rStyle w:val="Hyperlink"/>
            <w:rFonts w:ascii="Arial" w:hAnsi="Arial" w:cs="Arial"/>
            <w:bCs/>
            <w:color w:val="auto"/>
          </w:rPr>
          <w:t>conference@mstrust.org.uk</w:t>
        </w:r>
      </w:hyperlink>
      <w:r w:rsidRPr="008849C8">
        <w:rPr>
          <w:rFonts w:ascii="Arial" w:hAnsi="Arial" w:cs="Arial"/>
          <w:bCs/>
        </w:rPr>
        <w:t xml:space="preserve"> </w:t>
      </w:r>
    </w:p>
    <w:p w:rsidRPr="008849C8" w:rsidR="002B037D" w:rsidP="002B037D" w:rsidRDefault="002B037D" w14:paraId="54DF7B67" w14:textId="77777777">
      <w:pPr>
        <w:spacing w:after="0"/>
        <w:rPr>
          <w:rFonts w:ascii="Arial" w:hAnsi="Arial" w:cs="Arial"/>
          <w:bCs/>
        </w:rPr>
      </w:pPr>
    </w:p>
    <w:tbl>
      <w:tblPr>
        <w:tblW w:w="0" w:type="auto"/>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287"/>
        <w:gridCol w:w="3333"/>
      </w:tblGrid>
      <w:tr w:rsidRPr="008849C8" w:rsidR="001F5ADB" w14:paraId="03401B05" w14:textId="77777777">
        <w:tc>
          <w:tcPr>
            <w:tcW w:w="620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6F405076"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b/>
                <w:bCs/>
                <w:lang w:val="en-GB" w:eastAsia="en-GB"/>
              </w:rPr>
              <w:t>Action</w:t>
            </w:r>
          </w:p>
        </w:tc>
        <w:tc>
          <w:tcPr>
            <w:tcW w:w="3827" w:type="dxa"/>
            <w:tcBorders>
              <w:top w:val="single" w:color="auto" w:sz="8"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115BA11A"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b/>
                <w:bCs/>
                <w:lang w:val="en-GB" w:eastAsia="en-GB"/>
              </w:rPr>
              <w:t>Due no later than</w:t>
            </w:r>
          </w:p>
        </w:tc>
      </w:tr>
      <w:tr w:rsidRPr="008849C8" w:rsidR="001F5ADB" w14:paraId="79576DFF" w14:textId="77777777">
        <w:tc>
          <w:tcPr>
            <w:tcW w:w="6204" w:type="dxa"/>
            <w:tcBorders>
              <w:top w:val="outset" w:color="auto" w:sz="6"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4D59479D"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Application form and abstract submitted</w:t>
            </w:r>
          </w:p>
        </w:tc>
        <w:tc>
          <w:tcPr>
            <w:tcW w:w="3827" w:type="dxa"/>
            <w:tcBorders>
              <w:top w:val="outset" w:color="auto" w:sz="6"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751D1FBC"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Monday 7 December 2026</w:t>
            </w:r>
          </w:p>
        </w:tc>
      </w:tr>
      <w:tr w:rsidRPr="008849C8" w:rsidR="001F5ADB" w14:paraId="16D16ECF" w14:textId="77777777">
        <w:tc>
          <w:tcPr>
            <w:tcW w:w="6204" w:type="dxa"/>
            <w:tcBorders>
              <w:top w:val="outset" w:color="auto" w:sz="6"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2A23D5D6"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Successful applications notified by MS Trust</w:t>
            </w:r>
          </w:p>
        </w:tc>
        <w:tc>
          <w:tcPr>
            <w:tcW w:w="3827" w:type="dxa"/>
            <w:tcBorders>
              <w:top w:val="outset" w:color="auto" w:sz="6"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3BCF3282"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Monday 14 December 2026</w:t>
            </w:r>
          </w:p>
        </w:tc>
      </w:tr>
      <w:tr w:rsidRPr="008849C8" w:rsidR="001F5ADB" w14:paraId="2EDD02EF" w14:textId="77777777">
        <w:tc>
          <w:tcPr>
            <w:tcW w:w="6204" w:type="dxa"/>
            <w:tcBorders>
              <w:top w:val="outset" w:color="auto" w:sz="6"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7B94BCE8"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Poster PDF &amp; poster speed dating PPT slide submitted</w:t>
            </w:r>
          </w:p>
        </w:tc>
        <w:tc>
          <w:tcPr>
            <w:tcW w:w="3827" w:type="dxa"/>
            <w:tcBorders>
              <w:top w:val="outset" w:color="auto" w:sz="6"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14201BF3"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Friday 15 January 2027</w:t>
            </w:r>
          </w:p>
        </w:tc>
      </w:tr>
      <w:tr w:rsidRPr="008849C8" w:rsidR="001F5ADB" w14:paraId="58C45F76" w14:textId="77777777">
        <w:tc>
          <w:tcPr>
            <w:tcW w:w="6204" w:type="dxa"/>
            <w:tcBorders>
              <w:top w:val="outset" w:color="auto" w:sz="6"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6FC65381"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Speed dating PPT slides submitted to production company</w:t>
            </w:r>
          </w:p>
        </w:tc>
        <w:tc>
          <w:tcPr>
            <w:tcW w:w="3827" w:type="dxa"/>
            <w:tcBorders>
              <w:top w:val="outset" w:color="auto" w:sz="6"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267E5D0C"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Friday 22 January 2027</w:t>
            </w:r>
          </w:p>
        </w:tc>
      </w:tr>
      <w:tr w:rsidRPr="008849C8" w:rsidR="001F5ADB" w14:paraId="5F527504" w14:textId="77777777">
        <w:tc>
          <w:tcPr>
            <w:tcW w:w="6204" w:type="dxa"/>
            <w:tcBorders>
              <w:top w:val="outset" w:color="auto" w:sz="6"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008F245D"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Poster printed ready for conference</w:t>
            </w:r>
          </w:p>
        </w:tc>
        <w:tc>
          <w:tcPr>
            <w:tcW w:w="3827" w:type="dxa"/>
            <w:tcBorders>
              <w:top w:val="outset" w:color="auto" w:sz="6"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0E72A5E2"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Friday 22 January 2027</w:t>
            </w:r>
          </w:p>
        </w:tc>
      </w:tr>
      <w:tr w:rsidRPr="008849C8" w:rsidR="001F5ADB" w14:paraId="030EA1F2" w14:textId="77777777">
        <w:tc>
          <w:tcPr>
            <w:tcW w:w="6204" w:type="dxa"/>
            <w:tcBorders>
              <w:top w:val="outset" w:color="auto" w:sz="6"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795FFC58"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Poster mounted in Rotunda</w:t>
            </w:r>
          </w:p>
        </w:tc>
        <w:tc>
          <w:tcPr>
            <w:tcW w:w="3827" w:type="dxa"/>
            <w:tcBorders>
              <w:top w:val="outset" w:color="auto" w:sz="6"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7260B50D"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Sunday 31 January 2027 by 13:00</w:t>
            </w:r>
          </w:p>
        </w:tc>
      </w:tr>
      <w:tr w:rsidRPr="008849C8" w:rsidR="001F5ADB" w14:paraId="211A3776" w14:textId="77777777">
        <w:tc>
          <w:tcPr>
            <w:tcW w:w="6204" w:type="dxa"/>
            <w:tcBorders>
              <w:top w:val="outset" w:color="auto" w:sz="6" w:space="0"/>
              <w:left w:val="single" w:color="auto" w:sz="8"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63677BE1"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Poster speed dating session at conference</w:t>
            </w:r>
          </w:p>
        </w:tc>
        <w:tc>
          <w:tcPr>
            <w:tcW w:w="3827" w:type="dxa"/>
            <w:tcBorders>
              <w:top w:val="outset" w:color="auto" w:sz="6" w:space="0"/>
              <w:left w:val="outset" w:color="auto" w:sz="6" w:space="0"/>
              <w:bottom w:val="single" w:color="auto" w:sz="8" w:space="0"/>
              <w:right w:val="single" w:color="auto" w:sz="8" w:space="0"/>
            </w:tcBorders>
            <w:tcMar>
              <w:top w:w="0" w:type="dxa"/>
              <w:left w:w="108" w:type="dxa"/>
              <w:bottom w:w="0" w:type="dxa"/>
              <w:right w:w="108" w:type="dxa"/>
            </w:tcMar>
            <w:hideMark/>
          </w:tcPr>
          <w:p w:rsidRPr="008849C8" w:rsidR="001F5ADB" w:rsidP="001F5ADB" w:rsidRDefault="001F5ADB" w14:paraId="14086513" w14:textId="77777777">
            <w:pPr>
              <w:spacing w:after="0" w:line="240" w:lineRule="auto"/>
              <w:jc w:val="center"/>
              <w:rPr>
                <w:rFonts w:ascii="Arial" w:hAnsi="Arial" w:eastAsia="Times New Roman" w:cs="Arial"/>
                <w:lang w:val="en-GB" w:eastAsia="en-GB"/>
              </w:rPr>
            </w:pPr>
            <w:r w:rsidRPr="008849C8">
              <w:rPr>
                <w:rFonts w:ascii="Arial" w:hAnsi="Arial" w:eastAsia="Times New Roman" w:cs="Arial"/>
                <w:lang w:val="en-GB" w:eastAsia="en-GB"/>
              </w:rPr>
              <w:t>Sunday 31 January 2027</w:t>
            </w:r>
          </w:p>
        </w:tc>
      </w:tr>
    </w:tbl>
    <w:p w:rsidRPr="008849C8" w:rsidR="001F5ADB" w:rsidP="001F5ADB" w:rsidRDefault="001F5ADB" w14:paraId="3354838F" w14:textId="77777777">
      <w:pPr>
        <w:rPr>
          <w:rFonts w:ascii="Arial" w:hAnsi="Arial" w:cs="Arial"/>
          <w:bCs/>
        </w:rPr>
      </w:pPr>
    </w:p>
    <w:p w:rsidRPr="008849C8" w:rsidR="002B037D" w:rsidRDefault="00B24484" w14:paraId="4A8F3926" w14:textId="77777777">
      <w:pPr>
        <w:rPr>
          <w:rFonts w:ascii="Arial" w:hAnsi="Arial" w:cs="Arial"/>
          <w:b/>
        </w:rPr>
      </w:pPr>
      <w:r w:rsidRPr="008849C8">
        <w:rPr>
          <w:rFonts w:ascii="Arial" w:hAnsi="Arial" w:cs="Arial"/>
          <w:b/>
        </w:rPr>
        <w:t xml:space="preserve">Instructions: </w:t>
      </w:r>
    </w:p>
    <w:p w:rsidRPr="008849C8" w:rsidR="002B037D" w:rsidP="002B037D" w:rsidRDefault="002B037D" w14:paraId="4C07B403" w14:textId="77777777">
      <w:pPr>
        <w:rPr>
          <w:rFonts w:ascii="Arial" w:hAnsi="Arial" w:cs="Arial"/>
          <w:bCs/>
        </w:rPr>
      </w:pPr>
      <w:r w:rsidRPr="008849C8">
        <w:rPr>
          <w:rFonts w:ascii="Arial" w:hAnsi="Arial" w:cs="Arial"/>
          <w:bCs/>
        </w:rPr>
        <w:t>If you have undertaken a research or audit project, gathered evidence about your practice or service or worked in partnership with other teams or services and would like to present this as a poster, please follow these guidelines:</w:t>
      </w:r>
    </w:p>
    <w:p w:rsidRPr="008849C8" w:rsidR="002B037D" w:rsidP="002B037D" w:rsidRDefault="008849C8" w14:paraId="593E1E67" w14:textId="6A44ABB3">
      <w:pPr>
        <w:rPr>
          <w:rFonts w:ascii="Arial" w:hAnsi="Arial" w:cs="Arial"/>
          <w:bCs/>
        </w:rPr>
      </w:pPr>
      <w:r w:rsidRPr="008849C8">
        <w:rPr>
          <w:rFonts w:ascii="Arial" w:hAnsi="Arial" w:cs="Arial"/>
          <w:bCs/>
        </w:rPr>
        <w:t>C</w:t>
      </w:r>
      <w:r w:rsidRPr="008849C8" w:rsidR="002B037D">
        <w:rPr>
          <w:rFonts w:ascii="Arial" w:hAnsi="Arial" w:cs="Arial"/>
          <w:bCs/>
        </w:rPr>
        <w:t xml:space="preserve">omplete the poster application form together with an abstract which will </w:t>
      </w:r>
      <w:proofErr w:type="spellStart"/>
      <w:r w:rsidRPr="008849C8" w:rsidR="002B037D">
        <w:rPr>
          <w:rFonts w:ascii="Arial" w:hAnsi="Arial" w:cs="Arial"/>
          <w:bCs/>
        </w:rPr>
        <w:t>summarise</w:t>
      </w:r>
      <w:proofErr w:type="spellEnd"/>
      <w:r w:rsidRPr="008849C8" w:rsidR="002B037D">
        <w:rPr>
          <w:rFonts w:ascii="Arial" w:hAnsi="Arial" w:cs="Arial"/>
          <w:bCs/>
        </w:rPr>
        <w:t xml:space="preserve"> your poster.  </w:t>
      </w:r>
    </w:p>
    <w:p w:rsidRPr="008849C8" w:rsidR="002B037D" w:rsidRDefault="002B037D" w14:paraId="7E5ABF23" w14:textId="78C8303F">
      <w:pPr>
        <w:rPr>
          <w:rFonts w:ascii="Arial" w:hAnsi="Arial" w:cs="Arial"/>
          <w:bCs/>
        </w:rPr>
      </w:pPr>
      <w:r w:rsidRPr="008849C8">
        <w:rPr>
          <w:rFonts w:ascii="Arial" w:hAnsi="Arial" w:cs="Arial"/>
          <w:bCs/>
        </w:rPr>
        <w:t xml:space="preserve">The abstract, which should not exceed 250 words or contain any graphs or pictures, should contain a summary of the entire poster. It should offer the judges an exciting taste of what your poster will be about and convey the core intention, design and methodology of the research, audit or service improvement project that has been undertaken. </w:t>
      </w:r>
    </w:p>
    <w:p w:rsidRPr="008849C8" w:rsidR="007D59EA" w:rsidRDefault="00B24484" w14:paraId="16159101" w14:textId="32EFD567">
      <w:pPr>
        <w:rPr>
          <w:rFonts w:ascii="Arial" w:hAnsi="Arial" w:cs="Arial"/>
        </w:rPr>
      </w:pPr>
      <w:r w:rsidRPr="008849C8">
        <w:rPr>
          <w:rFonts w:ascii="Arial" w:hAnsi="Arial" w:cs="Arial"/>
        </w:rPr>
        <w:t xml:space="preserve">Please complete all sections. Each section must be completed fully. </w:t>
      </w:r>
    </w:p>
    <w:p w:rsidRPr="008849C8" w:rsidR="00A5578D" w:rsidRDefault="00A5578D" w14:paraId="429AD915" w14:textId="1D5D2789">
      <w:pPr>
        <w:rPr>
          <w:rFonts w:ascii="Arial" w:hAnsi="Arial" w:cs="Arial"/>
        </w:rPr>
      </w:pPr>
      <w:r w:rsidRPr="008849C8">
        <w:rPr>
          <w:rFonts w:ascii="Arial" w:hAnsi="Arial" w:cs="Arial"/>
        </w:rPr>
        <w:t xml:space="preserve">All poster applications and abstracts must be submitted electronically by </w:t>
      </w:r>
      <w:r w:rsidRPr="008849C8">
        <w:rPr>
          <w:rFonts w:ascii="Arial" w:hAnsi="Arial" w:cs="Arial"/>
        </w:rPr>
        <w:t>Monday 7 December</w:t>
      </w:r>
      <w:r w:rsidRPr="008849C8">
        <w:rPr>
          <w:rFonts w:ascii="Arial" w:hAnsi="Arial" w:cs="Arial"/>
        </w:rPr>
        <w:t xml:space="preserve"> 2026 to </w:t>
      </w:r>
      <w:hyperlink w:history="1" r:id="rId9">
        <w:r w:rsidRPr="008849C8">
          <w:rPr>
            <w:rStyle w:val="Hyperlink"/>
            <w:rFonts w:ascii="Arial" w:hAnsi="Arial" w:cs="Arial"/>
            <w:color w:val="auto"/>
          </w:rPr>
          <w:t>conference@mstrust.org.uk</w:t>
        </w:r>
      </w:hyperlink>
      <w:r w:rsidRPr="008849C8">
        <w:rPr>
          <w:rFonts w:ascii="Arial" w:hAnsi="Arial" w:cs="Arial"/>
        </w:rPr>
        <w:t xml:space="preserve"> </w:t>
      </w:r>
      <w:r w:rsidRPr="008849C8">
        <w:rPr>
          <w:rFonts w:ascii="Arial" w:hAnsi="Arial" w:cs="Arial"/>
        </w:rPr>
        <w:t xml:space="preserve"> </w:t>
      </w:r>
    </w:p>
    <w:p w:rsidRPr="008849C8" w:rsidR="008849C8" w:rsidP="00A5578D" w:rsidRDefault="00A5578D" w14:paraId="5F0533F3" w14:textId="55EB2E7B">
      <w:pPr>
        <w:pStyle w:val="BodyText"/>
        <w:rPr>
          <w:rFonts w:ascii="Arial" w:hAnsi="Arial" w:cs="Arial"/>
          <w:bCs/>
          <w:i/>
          <w:iCs/>
        </w:rPr>
      </w:pPr>
      <w:r w:rsidRPr="008849C8">
        <w:rPr>
          <w:rFonts w:ascii="Arial" w:hAnsi="Arial" w:cs="Arial"/>
          <w:bCs/>
          <w:i/>
          <w:iCs/>
        </w:rPr>
        <w:t>Please be aware that you are required to register to attend conference if your poster is accepted.</w:t>
      </w:r>
    </w:p>
    <w:p w:rsidRPr="008849C8" w:rsidR="008849C8" w:rsidP="00A5578D" w:rsidRDefault="008849C8" w14:paraId="0346C6CB" w14:textId="77777777">
      <w:pPr>
        <w:pStyle w:val="BodyText"/>
        <w:rPr>
          <w:rFonts w:ascii="Arial" w:hAnsi="Arial" w:cs="Arial"/>
          <w:bCs/>
          <w:i/>
          <w:iCs/>
        </w:rPr>
      </w:pPr>
    </w:p>
    <w:p w:rsidRPr="008849C8" w:rsidR="008849C8" w:rsidP="00A5578D" w:rsidRDefault="008849C8" w14:paraId="6F385CF0" w14:textId="77777777">
      <w:pPr>
        <w:pStyle w:val="BodyText"/>
        <w:rPr>
          <w:rFonts w:ascii="Arial" w:hAnsi="Arial" w:cs="Arial"/>
          <w:bCs/>
          <w:i/>
          <w:iCs/>
        </w:rPr>
      </w:pPr>
    </w:p>
    <w:p w:rsidRPr="008849C8" w:rsidR="008849C8" w:rsidP="00A5578D" w:rsidRDefault="008849C8" w14:paraId="4F9FB468" w14:textId="77777777">
      <w:pPr>
        <w:pStyle w:val="BodyText"/>
        <w:rPr>
          <w:rFonts w:ascii="Arial" w:hAnsi="Arial" w:cs="Arial"/>
          <w:bCs/>
          <w:i/>
          <w:iCs/>
        </w:rPr>
      </w:pPr>
    </w:p>
    <w:p w:rsidRPr="008849C8" w:rsidR="008849C8" w:rsidP="008849C8" w:rsidRDefault="008849C8" w14:paraId="2AFD4A69" w14:textId="60CA0F15">
      <w:pPr>
        <w:pStyle w:val="BodyText"/>
        <w:rPr>
          <w:rFonts w:ascii="Arial" w:hAnsi="Arial" w:cs="Arial"/>
          <w:b/>
        </w:rPr>
      </w:pPr>
      <w:r w:rsidRPr="008849C8">
        <w:rPr>
          <w:rFonts w:ascii="Arial" w:hAnsi="Arial" w:cs="Arial"/>
          <w:b/>
        </w:rPr>
        <w:t>Preparing your poster</w:t>
      </w:r>
    </w:p>
    <w:p w:rsidRPr="008849C8" w:rsidR="008849C8" w:rsidP="008849C8" w:rsidRDefault="008849C8" w14:paraId="2DF27109" w14:textId="2684ADE9">
      <w:pPr>
        <w:pStyle w:val="BodyText"/>
        <w:spacing w:after="0"/>
        <w:rPr>
          <w:rFonts w:ascii="Arial" w:hAnsi="Arial" w:cs="Arial"/>
          <w:b/>
          <w:bCs/>
        </w:rPr>
      </w:pPr>
      <w:r w:rsidRPr="008849C8">
        <w:rPr>
          <w:rFonts w:ascii="Arial" w:hAnsi="Arial" w:cs="Arial"/>
          <w:bCs/>
        </w:rPr>
        <w:t xml:space="preserve">The maximum poster size is </w:t>
      </w:r>
      <w:r w:rsidRPr="008849C8">
        <w:rPr>
          <w:rFonts w:ascii="Arial" w:hAnsi="Arial" w:cs="Arial"/>
        </w:rPr>
        <w:t>A0 portrait (84 x 119cm);</w:t>
      </w:r>
      <w:r w:rsidRPr="008849C8">
        <w:rPr>
          <w:rFonts w:ascii="Arial" w:hAnsi="Arial" w:cs="Arial"/>
          <w:bCs/>
        </w:rPr>
        <w:t xml:space="preserve"> posters that exceed this size cannot be displayed. Your poster needs to be </w:t>
      </w:r>
      <w:r w:rsidRPr="008849C8">
        <w:rPr>
          <w:rFonts w:ascii="Arial" w:hAnsi="Arial" w:cs="Arial"/>
          <w:bCs/>
        </w:rPr>
        <w:t>eye-catching</w:t>
      </w:r>
      <w:r w:rsidRPr="008849C8">
        <w:rPr>
          <w:rFonts w:ascii="Arial" w:hAnsi="Arial" w:cs="Arial"/>
          <w:bCs/>
        </w:rPr>
        <w:t xml:space="preserve"> and look professional, although it does not need to be professionally produced. </w:t>
      </w:r>
    </w:p>
    <w:p w:rsidRPr="008849C8" w:rsidR="008849C8" w:rsidP="008849C8" w:rsidRDefault="008849C8" w14:paraId="5573E6DE" w14:textId="77777777">
      <w:pPr>
        <w:pStyle w:val="BodyText"/>
        <w:spacing w:after="0"/>
        <w:rPr>
          <w:rFonts w:ascii="Arial" w:hAnsi="Arial" w:cs="Arial"/>
          <w:b/>
          <w:bCs/>
        </w:rPr>
      </w:pPr>
    </w:p>
    <w:p w:rsidRPr="008849C8" w:rsidR="008849C8" w:rsidP="008849C8" w:rsidRDefault="008849C8" w14:paraId="48E72C8E" w14:textId="77777777">
      <w:pPr>
        <w:pStyle w:val="BodyText"/>
        <w:spacing w:after="0"/>
        <w:rPr>
          <w:rFonts w:ascii="Arial" w:hAnsi="Arial" w:cs="Arial"/>
          <w:b/>
          <w:bCs/>
          <w:u w:val="single"/>
        </w:rPr>
      </w:pPr>
      <w:r w:rsidRPr="008849C8">
        <w:rPr>
          <w:rFonts w:ascii="Arial" w:hAnsi="Arial" w:cs="Arial"/>
          <w:b/>
          <w:bCs/>
          <w:u w:val="single"/>
        </w:rPr>
        <w:t>Helpful hints</w:t>
      </w:r>
    </w:p>
    <w:p w:rsidRPr="008849C8" w:rsidR="008849C8" w:rsidP="008849C8" w:rsidRDefault="008849C8" w14:paraId="428DD595" w14:textId="77777777">
      <w:pPr>
        <w:pStyle w:val="BodyText"/>
        <w:rPr>
          <w:rFonts w:ascii="Arial" w:hAnsi="Arial" w:cs="Arial"/>
          <w:u w:val="single"/>
        </w:rPr>
      </w:pPr>
      <w:r w:rsidRPr="008849C8">
        <w:rPr>
          <w:rFonts w:ascii="Arial" w:hAnsi="Arial" w:cs="Arial"/>
          <w:u w:val="single"/>
        </w:rPr>
        <w:t>Title</w:t>
      </w:r>
    </w:p>
    <w:p w:rsidRPr="008849C8" w:rsidR="008849C8" w:rsidP="008849C8" w:rsidRDefault="008849C8" w14:paraId="10D4A253" w14:textId="6D286A34">
      <w:pPr>
        <w:pStyle w:val="BodyText"/>
        <w:numPr>
          <w:ilvl w:val="0"/>
          <w:numId w:val="18"/>
        </w:numPr>
        <w:spacing w:after="0" w:line="240" w:lineRule="auto"/>
        <w:rPr>
          <w:rFonts w:ascii="Arial" w:hAnsi="Arial" w:cs="Arial"/>
          <w:b/>
          <w:bCs/>
        </w:rPr>
      </w:pPr>
      <w:r w:rsidRPr="008849C8">
        <w:rPr>
          <w:rFonts w:ascii="Arial" w:hAnsi="Arial" w:cs="Arial"/>
          <w:bCs/>
        </w:rPr>
        <w:t xml:space="preserve">The title should be short and succinctly convey the content of your poster. </w:t>
      </w:r>
    </w:p>
    <w:p w:rsidRPr="008849C8" w:rsidR="008849C8" w:rsidP="008849C8" w:rsidRDefault="008849C8" w14:paraId="4863F396" w14:textId="77777777">
      <w:pPr>
        <w:pStyle w:val="BodyText"/>
        <w:rPr>
          <w:rFonts w:ascii="Arial" w:hAnsi="Arial" w:cs="Arial"/>
          <w:u w:val="single"/>
        </w:rPr>
      </w:pPr>
      <w:r w:rsidRPr="008849C8">
        <w:rPr>
          <w:rFonts w:ascii="Arial" w:hAnsi="Arial" w:cs="Arial"/>
          <w:u w:val="single"/>
        </w:rPr>
        <w:t xml:space="preserve">Content </w:t>
      </w:r>
    </w:p>
    <w:p w:rsidRPr="008849C8" w:rsidR="008849C8" w:rsidP="008849C8" w:rsidRDefault="008849C8" w14:paraId="3D84AC7E" w14:textId="77777777">
      <w:pPr>
        <w:pStyle w:val="BodyText"/>
        <w:numPr>
          <w:ilvl w:val="0"/>
          <w:numId w:val="18"/>
        </w:numPr>
        <w:tabs>
          <w:tab w:val="clear" w:pos="720"/>
          <w:tab w:val="num" w:pos="360"/>
        </w:tabs>
        <w:spacing w:after="0" w:line="240" w:lineRule="auto"/>
        <w:rPr>
          <w:rFonts w:ascii="Arial" w:hAnsi="Arial" w:cs="Arial"/>
          <w:b/>
          <w:bCs/>
        </w:rPr>
      </w:pPr>
      <w:r w:rsidRPr="008849C8">
        <w:rPr>
          <w:rFonts w:ascii="Arial" w:hAnsi="Arial" w:cs="Arial"/>
          <w:bCs/>
        </w:rPr>
        <w:t>It is encouraged that poster content is in keeping with the theme of the conference.</w:t>
      </w:r>
    </w:p>
    <w:p w:rsidRPr="008849C8" w:rsidR="008849C8" w:rsidP="008849C8" w:rsidRDefault="008849C8" w14:paraId="25DA1FF0" w14:textId="77777777">
      <w:pPr>
        <w:pStyle w:val="BodyText"/>
        <w:numPr>
          <w:ilvl w:val="0"/>
          <w:numId w:val="18"/>
        </w:numPr>
        <w:tabs>
          <w:tab w:val="clear" w:pos="720"/>
          <w:tab w:val="num" w:pos="360"/>
        </w:tabs>
        <w:spacing w:after="0" w:line="240" w:lineRule="auto"/>
        <w:rPr>
          <w:rFonts w:ascii="Arial" w:hAnsi="Arial" w:cs="Arial"/>
          <w:b/>
          <w:bCs/>
        </w:rPr>
      </w:pPr>
      <w:r w:rsidRPr="008849C8">
        <w:rPr>
          <w:rFonts w:ascii="Arial" w:hAnsi="Arial" w:cs="Arial"/>
          <w:bCs/>
        </w:rPr>
        <w:t xml:space="preserve">The poster should contain sufficient detail to enable the audience to understand the context but may only convey the main information you wish to cover. </w:t>
      </w:r>
    </w:p>
    <w:p w:rsidRPr="008849C8" w:rsidR="008849C8" w:rsidP="008849C8" w:rsidRDefault="008849C8" w14:paraId="19716AB2" w14:textId="056CA9CE">
      <w:pPr>
        <w:pStyle w:val="BodyText"/>
        <w:numPr>
          <w:ilvl w:val="0"/>
          <w:numId w:val="18"/>
        </w:numPr>
        <w:tabs>
          <w:tab w:val="clear" w:pos="720"/>
          <w:tab w:val="num" w:pos="360"/>
        </w:tabs>
        <w:spacing w:after="0" w:line="240" w:lineRule="auto"/>
        <w:rPr>
          <w:rFonts w:ascii="Arial" w:hAnsi="Arial" w:cs="Arial"/>
          <w:b/>
          <w:bCs/>
        </w:rPr>
      </w:pPr>
      <w:r w:rsidRPr="008849C8">
        <w:rPr>
          <w:rFonts w:ascii="Arial" w:hAnsi="Arial" w:cs="Arial"/>
          <w:bCs/>
        </w:rPr>
        <w:t xml:space="preserve">Further details can be provided as handouts or in answer to specific questions. </w:t>
      </w:r>
    </w:p>
    <w:p w:rsidRPr="008849C8" w:rsidR="008849C8" w:rsidP="008849C8" w:rsidRDefault="008849C8" w14:paraId="2F16F998" w14:textId="77777777">
      <w:pPr>
        <w:pStyle w:val="BodyText"/>
        <w:rPr>
          <w:rFonts w:ascii="Arial" w:hAnsi="Arial" w:cs="Arial"/>
          <w:u w:val="single"/>
        </w:rPr>
      </w:pPr>
      <w:r w:rsidRPr="76B59CF1" w:rsidR="008849C8">
        <w:rPr>
          <w:rFonts w:ascii="Arial" w:hAnsi="Arial" w:cs="Arial"/>
          <w:u w:val="single"/>
        </w:rPr>
        <w:t>Structure</w:t>
      </w:r>
      <w:r w:rsidRPr="76B59CF1" w:rsidR="008849C8">
        <w:rPr>
          <w:rFonts w:ascii="Arial" w:hAnsi="Arial" w:cs="Arial"/>
          <w:u w:val="none"/>
        </w:rPr>
        <w:t xml:space="preserve">  </w:t>
      </w:r>
    </w:p>
    <w:p w:rsidRPr="008849C8" w:rsidR="008849C8" w:rsidP="008849C8" w:rsidRDefault="008849C8" w14:paraId="1F720846" w14:textId="77777777">
      <w:pPr>
        <w:pStyle w:val="BodyText"/>
        <w:numPr>
          <w:ilvl w:val="0"/>
          <w:numId w:val="19"/>
        </w:numPr>
        <w:tabs>
          <w:tab w:val="num" w:pos="360"/>
        </w:tabs>
        <w:spacing w:after="0" w:line="240" w:lineRule="auto"/>
        <w:rPr>
          <w:rFonts w:ascii="Arial" w:hAnsi="Arial" w:cs="Arial"/>
          <w:b/>
          <w:bCs/>
        </w:rPr>
      </w:pPr>
      <w:r w:rsidRPr="008849C8">
        <w:rPr>
          <w:rFonts w:ascii="Arial" w:hAnsi="Arial" w:cs="Arial"/>
          <w:bCs/>
        </w:rPr>
        <w:t xml:space="preserve">It is important to ensure your poster is structured and easy-to-follow for the audience. </w:t>
      </w:r>
    </w:p>
    <w:p w:rsidRPr="008849C8" w:rsidR="008849C8" w:rsidP="008849C8" w:rsidRDefault="008849C8" w14:paraId="74B426EA" w14:textId="77777777">
      <w:pPr>
        <w:pStyle w:val="BodyText"/>
        <w:numPr>
          <w:ilvl w:val="0"/>
          <w:numId w:val="19"/>
        </w:numPr>
        <w:tabs>
          <w:tab w:val="num" w:pos="360"/>
        </w:tabs>
        <w:spacing w:after="0" w:line="240" w:lineRule="auto"/>
        <w:rPr>
          <w:rFonts w:ascii="Arial" w:hAnsi="Arial" w:cs="Arial"/>
          <w:b/>
          <w:bCs/>
        </w:rPr>
      </w:pPr>
      <w:r w:rsidRPr="008849C8">
        <w:rPr>
          <w:rFonts w:ascii="Arial" w:hAnsi="Arial" w:cs="Arial"/>
          <w:bCs/>
        </w:rPr>
        <w:t xml:space="preserve">The following format may be useful to </w:t>
      </w:r>
      <w:proofErr w:type="spellStart"/>
      <w:r w:rsidRPr="008849C8">
        <w:rPr>
          <w:rFonts w:ascii="Arial" w:hAnsi="Arial" w:cs="Arial"/>
          <w:bCs/>
        </w:rPr>
        <w:t>organise</w:t>
      </w:r>
      <w:proofErr w:type="spellEnd"/>
      <w:r w:rsidRPr="008849C8">
        <w:rPr>
          <w:rFonts w:ascii="Arial" w:hAnsi="Arial" w:cs="Arial"/>
          <w:bCs/>
        </w:rPr>
        <w:t xml:space="preserve"> the content:</w:t>
      </w:r>
    </w:p>
    <w:p w:rsidRPr="008849C8" w:rsidR="008849C8" w:rsidP="008849C8" w:rsidRDefault="008849C8" w14:paraId="3E45D5C5" w14:textId="5C075949">
      <w:pPr>
        <w:pStyle w:val="BodyText"/>
        <w:ind w:firstLine="48"/>
        <w:rPr>
          <w:rFonts w:ascii="Arial" w:hAnsi="Arial" w:cs="Arial"/>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11"/>
        <w:gridCol w:w="6211"/>
      </w:tblGrid>
      <w:tr w:rsidRPr="008849C8" w:rsidR="008849C8" w:rsidTr="000B21AA" w14:paraId="7425B7FE" w14:textId="77777777">
        <w:tc>
          <w:tcPr>
            <w:tcW w:w="2349" w:type="dxa"/>
          </w:tcPr>
          <w:p w:rsidRPr="008849C8" w:rsidR="008849C8" w:rsidP="008977EA" w:rsidRDefault="008849C8" w14:paraId="1826BCA9" w14:textId="77777777">
            <w:pPr>
              <w:pStyle w:val="BodyText"/>
              <w:rPr>
                <w:rFonts w:ascii="Arial" w:hAnsi="Arial" w:cs="Arial"/>
              </w:rPr>
            </w:pPr>
            <w:r w:rsidRPr="008849C8">
              <w:rPr>
                <w:rFonts w:ascii="Arial" w:hAnsi="Arial" w:cs="Arial"/>
              </w:rPr>
              <w:t xml:space="preserve">Context  </w:t>
            </w:r>
          </w:p>
        </w:tc>
        <w:tc>
          <w:tcPr>
            <w:tcW w:w="6399" w:type="dxa"/>
            <w:shd w:val="clear" w:color="auto" w:fill="FFFFFF" w:themeFill="background1"/>
          </w:tcPr>
          <w:p w:rsidRPr="008849C8" w:rsidR="008849C8" w:rsidP="008977EA" w:rsidRDefault="008849C8" w14:paraId="21206DEC" w14:textId="77777777">
            <w:pPr>
              <w:pStyle w:val="BodyText"/>
              <w:rPr>
                <w:rFonts w:ascii="Arial" w:hAnsi="Arial" w:cs="Arial"/>
              </w:rPr>
            </w:pPr>
            <w:r w:rsidRPr="008849C8">
              <w:rPr>
                <w:rFonts w:ascii="Arial" w:hAnsi="Arial" w:cs="Arial"/>
                <w:bCs/>
              </w:rPr>
              <w:t>Statement of the problem and its relevance to people with MS. It’s useful to put this in context with a few references.</w:t>
            </w:r>
          </w:p>
        </w:tc>
      </w:tr>
      <w:tr w:rsidRPr="008849C8" w:rsidR="008849C8" w:rsidTr="000B21AA" w14:paraId="394523B5" w14:textId="77777777">
        <w:tc>
          <w:tcPr>
            <w:tcW w:w="2349" w:type="dxa"/>
          </w:tcPr>
          <w:p w:rsidRPr="008849C8" w:rsidR="008849C8" w:rsidP="008977EA" w:rsidRDefault="008849C8" w14:paraId="6610937E" w14:textId="77777777">
            <w:pPr>
              <w:pStyle w:val="BodyText"/>
              <w:rPr>
                <w:rFonts w:ascii="Arial" w:hAnsi="Arial" w:cs="Arial"/>
              </w:rPr>
            </w:pPr>
            <w:r w:rsidRPr="008849C8">
              <w:rPr>
                <w:rFonts w:ascii="Arial" w:hAnsi="Arial" w:cs="Arial"/>
              </w:rPr>
              <w:t xml:space="preserve">Hypothesis, objective or statement </w:t>
            </w:r>
          </w:p>
        </w:tc>
        <w:tc>
          <w:tcPr>
            <w:tcW w:w="6399" w:type="dxa"/>
            <w:shd w:val="clear" w:color="auto" w:fill="FFFFFF" w:themeFill="background1"/>
          </w:tcPr>
          <w:p w:rsidRPr="008849C8" w:rsidR="008849C8" w:rsidP="008977EA" w:rsidRDefault="008849C8" w14:paraId="24F72B4E" w14:textId="77777777">
            <w:pPr>
              <w:shd w:val="clear" w:color="auto" w:fill="FFFFFF"/>
              <w:spacing w:before="100" w:beforeAutospacing="1" w:after="100" w:afterAutospacing="1"/>
              <w:rPr>
                <w:rFonts w:ascii="Arial" w:hAnsi="Arial" w:cs="Arial"/>
                <w:lang w:eastAsia="en-GB"/>
              </w:rPr>
            </w:pPr>
            <w:r w:rsidRPr="008849C8">
              <w:rPr>
                <w:rFonts w:ascii="Arial" w:hAnsi="Arial" w:cs="Arial"/>
                <w:lang w:eastAsia="en-GB"/>
              </w:rPr>
              <w:t>State the goal(s) of the research and the question(s) you are seeking to address with this research.</w:t>
            </w:r>
          </w:p>
        </w:tc>
      </w:tr>
      <w:tr w:rsidRPr="008849C8" w:rsidR="008849C8" w:rsidTr="000B21AA" w14:paraId="180652AE" w14:textId="77777777">
        <w:tc>
          <w:tcPr>
            <w:tcW w:w="2349" w:type="dxa"/>
          </w:tcPr>
          <w:p w:rsidRPr="008849C8" w:rsidR="008849C8" w:rsidP="008977EA" w:rsidRDefault="008849C8" w14:paraId="2C779E76" w14:textId="77777777">
            <w:pPr>
              <w:pStyle w:val="BodyText"/>
              <w:rPr>
                <w:rFonts w:ascii="Arial" w:hAnsi="Arial" w:cs="Arial"/>
              </w:rPr>
            </w:pPr>
            <w:r w:rsidRPr="008849C8">
              <w:rPr>
                <w:rFonts w:ascii="Arial" w:hAnsi="Arial" w:cs="Arial"/>
              </w:rPr>
              <w:t>Design &amp; method</w:t>
            </w:r>
          </w:p>
        </w:tc>
        <w:tc>
          <w:tcPr>
            <w:tcW w:w="6399" w:type="dxa"/>
            <w:shd w:val="clear" w:color="auto" w:fill="FFFFFF" w:themeFill="background1"/>
          </w:tcPr>
          <w:p w:rsidRPr="008849C8" w:rsidR="008849C8" w:rsidP="008977EA" w:rsidRDefault="008849C8" w14:paraId="0406E831" w14:textId="77777777">
            <w:pPr>
              <w:pStyle w:val="BodyText"/>
              <w:rPr>
                <w:rFonts w:ascii="Arial" w:hAnsi="Arial" w:cs="Arial"/>
                <w:b/>
                <w:bCs/>
              </w:rPr>
            </w:pPr>
            <w:r w:rsidRPr="008849C8">
              <w:rPr>
                <w:rFonts w:ascii="Arial" w:hAnsi="Arial" w:cs="Arial"/>
                <w:bCs/>
              </w:rPr>
              <w:t xml:space="preserve">Outline the study design, procedures and study population. Indicate which measurement techniques were used and provide information on the data analysis conducted. </w:t>
            </w:r>
          </w:p>
        </w:tc>
      </w:tr>
      <w:tr w:rsidRPr="008849C8" w:rsidR="008849C8" w:rsidTr="000B21AA" w14:paraId="485921B6" w14:textId="77777777">
        <w:tc>
          <w:tcPr>
            <w:tcW w:w="2349" w:type="dxa"/>
          </w:tcPr>
          <w:p w:rsidRPr="008849C8" w:rsidR="008849C8" w:rsidP="008977EA" w:rsidRDefault="008849C8" w14:paraId="459E9D80" w14:textId="77777777">
            <w:pPr>
              <w:pStyle w:val="BodyText"/>
              <w:rPr>
                <w:rFonts w:ascii="Arial" w:hAnsi="Arial" w:cs="Arial"/>
              </w:rPr>
            </w:pPr>
            <w:r w:rsidRPr="008849C8">
              <w:rPr>
                <w:rFonts w:ascii="Arial" w:hAnsi="Arial" w:cs="Arial"/>
              </w:rPr>
              <w:t>Results</w:t>
            </w:r>
          </w:p>
        </w:tc>
        <w:tc>
          <w:tcPr>
            <w:tcW w:w="6399" w:type="dxa"/>
            <w:shd w:val="clear" w:color="auto" w:fill="FFFFFF" w:themeFill="background1"/>
          </w:tcPr>
          <w:p w:rsidRPr="008849C8" w:rsidR="008849C8" w:rsidP="008977EA" w:rsidRDefault="008849C8" w14:paraId="710D0B7E" w14:textId="77777777">
            <w:pPr>
              <w:pStyle w:val="BodyText"/>
              <w:rPr>
                <w:rFonts w:ascii="Arial" w:hAnsi="Arial" w:cs="Arial"/>
                <w:b/>
                <w:bCs/>
              </w:rPr>
            </w:pPr>
            <w:r w:rsidRPr="008849C8">
              <w:rPr>
                <w:rFonts w:ascii="Arial" w:hAnsi="Arial" w:cs="Arial"/>
                <w:bCs/>
              </w:rPr>
              <w:t xml:space="preserve">Present the findings of your research. </w:t>
            </w:r>
          </w:p>
          <w:p w:rsidRPr="008849C8" w:rsidR="008849C8" w:rsidP="008977EA" w:rsidRDefault="008849C8" w14:paraId="1C7ED25E" w14:textId="77777777">
            <w:pPr>
              <w:pStyle w:val="BodyText"/>
              <w:rPr>
                <w:rFonts w:ascii="Arial" w:hAnsi="Arial" w:cs="Arial"/>
              </w:rPr>
            </w:pPr>
          </w:p>
        </w:tc>
      </w:tr>
      <w:tr w:rsidRPr="008849C8" w:rsidR="008849C8" w:rsidTr="000B21AA" w14:paraId="702A83D8" w14:textId="77777777">
        <w:tc>
          <w:tcPr>
            <w:tcW w:w="2349" w:type="dxa"/>
          </w:tcPr>
          <w:p w:rsidRPr="008849C8" w:rsidR="008849C8" w:rsidP="008977EA" w:rsidRDefault="008849C8" w14:paraId="1E6F1A7C" w14:textId="77777777">
            <w:pPr>
              <w:pStyle w:val="BodyText"/>
              <w:rPr>
                <w:rFonts w:ascii="Arial" w:hAnsi="Arial" w:cs="Arial"/>
              </w:rPr>
            </w:pPr>
            <w:r w:rsidRPr="008849C8">
              <w:rPr>
                <w:rFonts w:ascii="Arial" w:hAnsi="Arial" w:cs="Arial"/>
              </w:rPr>
              <w:t xml:space="preserve">Discussion  </w:t>
            </w:r>
          </w:p>
        </w:tc>
        <w:tc>
          <w:tcPr>
            <w:tcW w:w="6399" w:type="dxa"/>
            <w:shd w:val="clear" w:color="auto" w:fill="FFFFFF" w:themeFill="background1"/>
          </w:tcPr>
          <w:p w:rsidRPr="008849C8" w:rsidR="008849C8" w:rsidP="008977EA" w:rsidRDefault="008849C8" w14:paraId="2757D8F2" w14:textId="77777777">
            <w:pPr>
              <w:pStyle w:val="BodyText"/>
              <w:rPr>
                <w:rFonts w:ascii="Arial" w:hAnsi="Arial" w:cs="Arial"/>
                <w:b/>
                <w:bCs/>
              </w:rPr>
            </w:pPr>
            <w:r w:rsidRPr="008849C8">
              <w:rPr>
                <w:rFonts w:ascii="Arial" w:hAnsi="Arial" w:cs="Arial"/>
                <w:bCs/>
              </w:rPr>
              <w:t xml:space="preserve">Consider your findings in relation to the original hypothesis, objective or statement. Reflect on the original aims and intentions of the research. Identify areas for improvement or follow up. Identify any wider potential implications. </w:t>
            </w:r>
          </w:p>
        </w:tc>
      </w:tr>
      <w:tr w:rsidRPr="008849C8" w:rsidR="008849C8" w:rsidTr="000B21AA" w14:paraId="31D7EFC8" w14:textId="77777777">
        <w:tc>
          <w:tcPr>
            <w:tcW w:w="2349" w:type="dxa"/>
          </w:tcPr>
          <w:p w:rsidRPr="008849C8" w:rsidR="008849C8" w:rsidP="008977EA" w:rsidRDefault="008849C8" w14:paraId="2A10DDB2" w14:textId="77777777">
            <w:pPr>
              <w:pStyle w:val="BodyText"/>
              <w:rPr>
                <w:rFonts w:ascii="Arial" w:hAnsi="Arial" w:cs="Arial"/>
              </w:rPr>
            </w:pPr>
            <w:r w:rsidRPr="008849C8">
              <w:rPr>
                <w:rFonts w:ascii="Arial" w:hAnsi="Arial" w:cs="Arial"/>
              </w:rPr>
              <w:t xml:space="preserve">Conclusion </w:t>
            </w:r>
          </w:p>
        </w:tc>
        <w:tc>
          <w:tcPr>
            <w:tcW w:w="6399" w:type="dxa"/>
            <w:shd w:val="clear" w:color="auto" w:fill="FFFFFF" w:themeFill="background1"/>
          </w:tcPr>
          <w:p w:rsidRPr="008849C8" w:rsidR="008849C8" w:rsidP="008977EA" w:rsidRDefault="008849C8" w14:paraId="6415C29D" w14:textId="77777777">
            <w:pPr>
              <w:pStyle w:val="BodyText"/>
              <w:rPr>
                <w:rFonts w:ascii="Arial" w:hAnsi="Arial" w:cs="Arial"/>
                <w:b/>
                <w:bCs/>
              </w:rPr>
            </w:pPr>
            <w:r w:rsidRPr="008849C8">
              <w:rPr>
                <w:rFonts w:ascii="Arial" w:hAnsi="Arial" w:cs="Arial"/>
                <w:bCs/>
                <w:shd w:val="clear" w:color="auto" w:fill="FFFFFF"/>
              </w:rPr>
              <w:t>Concisely state what the results mean and their impact on the field of research.</w:t>
            </w:r>
          </w:p>
        </w:tc>
      </w:tr>
    </w:tbl>
    <w:p w:rsidRPr="008849C8" w:rsidR="008849C8" w:rsidP="008849C8" w:rsidRDefault="008849C8" w14:paraId="01BA603E" w14:textId="77777777">
      <w:pPr>
        <w:pStyle w:val="BodyText"/>
        <w:rPr>
          <w:rFonts w:ascii="Arial" w:hAnsi="Arial" w:cs="Arial"/>
          <w:u w:val="single"/>
        </w:rPr>
      </w:pPr>
    </w:p>
    <w:p w:rsidR="00B16291" w:rsidP="008849C8" w:rsidRDefault="00B16291" w14:paraId="3E7B3B43" w14:textId="77777777">
      <w:pPr>
        <w:pStyle w:val="BodyText"/>
        <w:rPr>
          <w:rFonts w:ascii="Arial" w:hAnsi="Arial" w:cs="Arial"/>
          <w:u w:val="single"/>
        </w:rPr>
      </w:pPr>
    </w:p>
    <w:p w:rsidRPr="008849C8" w:rsidR="008849C8" w:rsidP="008849C8" w:rsidRDefault="008849C8" w14:paraId="30C42E3F" w14:textId="45D95ABF">
      <w:pPr>
        <w:pStyle w:val="BodyText"/>
        <w:rPr>
          <w:rFonts w:ascii="Arial" w:hAnsi="Arial" w:cs="Arial"/>
          <w:u w:val="single"/>
        </w:rPr>
      </w:pPr>
      <w:r w:rsidRPr="008849C8">
        <w:rPr>
          <w:rFonts w:ascii="Arial" w:hAnsi="Arial" w:cs="Arial"/>
          <w:u w:val="single"/>
        </w:rPr>
        <w:lastRenderedPageBreak/>
        <w:t>Format</w:t>
      </w:r>
    </w:p>
    <w:p w:rsidRPr="008849C8" w:rsidR="008849C8" w:rsidP="008849C8" w:rsidRDefault="008849C8" w14:paraId="712EEA8B" w14:textId="77777777">
      <w:pPr>
        <w:pStyle w:val="BodyText"/>
        <w:numPr>
          <w:ilvl w:val="0"/>
          <w:numId w:val="21"/>
        </w:numPr>
        <w:spacing w:after="0" w:line="240" w:lineRule="auto"/>
        <w:rPr>
          <w:rFonts w:ascii="Arial" w:hAnsi="Arial" w:cs="Arial"/>
          <w:b/>
          <w:bCs/>
        </w:rPr>
      </w:pPr>
      <w:r w:rsidRPr="008849C8">
        <w:rPr>
          <w:rFonts w:ascii="Arial" w:hAnsi="Arial" w:cs="Arial"/>
          <w:bCs/>
        </w:rPr>
        <w:t xml:space="preserve">Use clear, concise </w:t>
      </w:r>
      <w:r w:rsidRPr="008849C8">
        <w:rPr>
          <w:rFonts w:ascii="Arial" w:hAnsi="Arial" w:cs="Arial"/>
          <w:bCs/>
          <w:iCs/>
        </w:rPr>
        <w:t>English.</w:t>
      </w:r>
    </w:p>
    <w:p w:rsidRPr="008849C8" w:rsidR="008849C8" w:rsidP="008849C8" w:rsidRDefault="008849C8" w14:paraId="2FE8D786" w14:textId="77777777">
      <w:pPr>
        <w:pStyle w:val="BodyText"/>
        <w:numPr>
          <w:ilvl w:val="0"/>
          <w:numId w:val="21"/>
        </w:numPr>
        <w:spacing w:after="0" w:line="240" w:lineRule="auto"/>
        <w:rPr>
          <w:rFonts w:ascii="Arial" w:hAnsi="Arial" w:cs="Arial"/>
          <w:b/>
          <w:bCs/>
        </w:rPr>
      </w:pPr>
      <w:r w:rsidRPr="008849C8">
        <w:rPr>
          <w:rFonts w:ascii="Arial" w:hAnsi="Arial" w:cs="Arial"/>
          <w:bCs/>
        </w:rPr>
        <w:t>Avoid using all capital letters, even in the title, as they are visually confusing.</w:t>
      </w:r>
    </w:p>
    <w:p w:rsidRPr="008849C8" w:rsidR="008849C8" w:rsidP="008849C8" w:rsidRDefault="008849C8" w14:paraId="12A1016E" w14:textId="77777777">
      <w:pPr>
        <w:pStyle w:val="BodyText"/>
        <w:numPr>
          <w:ilvl w:val="0"/>
          <w:numId w:val="22"/>
        </w:numPr>
        <w:spacing w:after="0" w:line="240" w:lineRule="auto"/>
        <w:rPr>
          <w:rFonts w:ascii="Arial" w:hAnsi="Arial" w:cs="Arial"/>
          <w:b/>
          <w:bCs/>
        </w:rPr>
      </w:pPr>
      <w:r w:rsidRPr="008849C8">
        <w:rPr>
          <w:rFonts w:ascii="Arial" w:hAnsi="Arial" w:cs="Arial"/>
          <w:bCs/>
        </w:rPr>
        <w:t xml:space="preserve">Ensure that the text is large enough to read from 1m away; keep text to a minimum of 24 </w:t>
      </w:r>
      <w:proofErr w:type="gramStart"/>
      <w:r w:rsidRPr="008849C8">
        <w:rPr>
          <w:rFonts w:ascii="Arial" w:hAnsi="Arial" w:cs="Arial"/>
          <w:bCs/>
        </w:rPr>
        <w:t>point</w:t>
      </w:r>
      <w:proofErr w:type="gramEnd"/>
      <w:r w:rsidRPr="008849C8">
        <w:rPr>
          <w:rFonts w:ascii="Arial" w:hAnsi="Arial" w:cs="Arial"/>
          <w:bCs/>
        </w:rPr>
        <w:t xml:space="preserve"> and larger for the title.</w:t>
      </w:r>
    </w:p>
    <w:p w:rsidRPr="008849C8" w:rsidR="008849C8" w:rsidP="008849C8" w:rsidRDefault="008849C8" w14:paraId="45C092F5" w14:textId="77777777">
      <w:pPr>
        <w:pStyle w:val="BodyText"/>
        <w:numPr>
          <w:ilvl w:val="0"/>
          <w:numId w:val="22"/>
        </w:numPr>
        <w:spacing w:after="0" w:line="240" w:lineRule="auto"/>
        <w:rPr>
          <w:rFonts w:ascii="Arial" w:hAnsi="Arial" w:cs="Arial"/>
          <w:b/>
          <w:bCs/>
        </w:rPr>
      </w:pPr>
      <w:r w:rsidRPr="008849C8">
        <w:rPr>
          <w:rFonts w:ascii="Arial" w:hAnsi="Arial" w:cs="Arial"/>
          <w:bCs/>
        </w:rPr>
        <w:t xml:space="preserve">Where </w:t>
      </w:r>
      <w:proofErr w:type="gramStart"/>
      <w:r w:rsidRPr="008849C8">
        <w:rPr>
          <w:rFonts w:ascii="Arial" w:hAnsi="Arial" w:cs="Arial"/>
          <w:bCs/>
        </w:rPr>
        <w:t>possible</w:t>
      </w:r>
      <w:proofErr w:type="gramEnd"/>
      <w:r w:rsidRPr="008849C8">
        <w:rPr>
          <w:rFonts w:ascii="Arial" w:hAnsi="Arial" w:cs="Arial"/>
          <w:bCs/>
        </w:rPr>
        <w:t xml:space="preserve"> convert data to accurately labelled graphs, which are easier to read.  </w:t>
      </w:r>
    </w:p>
    <w:p w:rsidRPr="008849C8" w:rsidR="008849C8" w:rsidP="008849C8" w:rsidRDefault="008849C8" w14:paraId="07D28B1D" w14:textId="77777777">
      <w:pPr>
        <w:pStyle w:val="BodyText"/>
        <w:numPr>
          <w:ilvl w:val="0"/>
          <w:numId w:val="22"/>
        </w:numPr>
        <w:spacing w:after="0" w:line="240" w:lineRule="auto"/>
        <w:rPr>
          <w:rFonts w:ascii="Arial" w:hAnsi="Arial" w:cs="Arial"/>
          <w:b/>
          <w:bCs/>
        </w:rPr>
      </w:pPr>
      <w:r w:rsidRPr="008849C8">
        <w:rPr>
          <w:rFonts w:ascii="Arial" w:hAnsi="Arial" w:cs="Arial"/>
          <w:bCs/>
        </w:rPr>
        <w:t xml:space="preserve">Use the spell-check function. </w:t>
      </w:r>
    </w:p>
    <w:p w:rsidRPr="008849C8" w:rsidR="008849C8" w:rsidP="008849C8" w:rsidRDefault="008849C8" w14:paraId="332F7D4D" w14:textId="77777777">
      <w:pPr>
        <w:pStyle w:val="BodyText"/>
        <w:numPr>
          <w:ilvl w:val="0"/>
          <w:numId w:val="22"/>
        </w:numPr>
        <w:spacing w:after="0" w:line="240" w:lineRule="auto"/>
        <w:rPr>
          <w:rFonts w:ascii="Arial" w:hAnsi="Arial" w:cs="Arial"/>
          <w:b/>
          <w:bCs/>
        </w:rPr>
      </w:pPr>
      <w:r w:rsidRPr="008849C8">
        <w:rPr>
          <w:rFonts w:ascii="Arial" w:hAnsi="Arial" w:cs="Arial"/>
          <w:bCs/>
        </w:rPr>
        <w:t xml:space="preserve">Ask a colleague to proofread through the poster and check the spelling and grammar. </w:t>
      </w:r>
    </w:p>
    <w:p w:rsidRPr="008849C8" w:rsidR="008849C8" w:rsidP="008849C8" w:rsidRDefault="008849C8" w14:paraId="3FE6BB6E" w14:textId="77777777">
      <w:pPr>
        <w:pStyle w:val="BodyText"/>
        <w:rPr>
          <w:rFonts w:ascii="Arial" w:hAnsi="Arial" w:cs="Arial"/>
        </w:rPr>
      </w:pPr>
    </w:p>
    <w:p w:rsidRPr="008849C8" w:rsidR="002B037D" w:rsidP="008849C8" w:rsidRDefault="008849C8" w14:paraId="5B68736D" w14:textId="081B9DE2">
      <w:pPr>
        <w:pStyle w:val="BodyText"/>
        <w:jc w:val="center"/>
        <w:rPr>
          <w:rFonts w:ascii="Arial" w:hAnsi="Arial" w:cs="Arial"/>
        </w:rPr>
      </w:pPr>
      <w:r w:rsidRPr="008849C8">
        <w:rPr>
          <w:rFonts w:ascii="Arial" w:hAnsi="Arial" w:cs="Arial"/>
        </w:rPr>
        <w:t>Good Luck</w:t>
      </w:r>
      <w:r w:rsidRPr="008849C8">
        <w:rPr>
          <w:rFonts w:ascii="Arial" w:hAnsi="Arial" w:cs="Arial"/>
        </w:rPr>
        <w:t>!</w:t>
      </w:r>
    </w:p>
    <w:p w:rsidRPr="008849C8" w:rsidR="008849C8" w:rsidP="008849C8" w:rsidRDefault="00B24484" w14:paraId="0298D751" w14:textId="197BAEA0">
      <w:pPr>
        <w:pStyle w:val="Heading1"/>
        <w:spacing w:before="0"/>
        <w:rPr>
          <w:rFonts w:ascii="Arial" w:hAnsi="Arial" w:cs="Arial"/>
          <w:color w:val="auto"/>
          <w:sz w:val="26"/>
          <w:szCs w:val="26"/>
        </w:rPr>
      </w:pPr>
      <w:r w:rsidRPr="008849C8">
        <w:rPr>
          <w:rFonts w:ascii="Arial" w:hAnsi="Arial" w:cs="Arial"/>
          <w:color w:val="auto"/>
          <w:sz w:val="26"/>
          <w:szCs w:val="26"/>
        </w:rPr>
        <w:t>Applicant Details</w:t>
      </w:r>
    </w:p>
    <w:tbl>
      <w:tblPr>
        <w:tblStyle w:val="TableGrid"/>
        <w:tblW w:w="0" w:type="auto"/>
        <w:tblLook w:val="04A0" w:firstRow="1" w:lastRow="0" w:firstColumn="1" w:lastColumn="0" w:noHBand="0" w:noVBand="1"/>
      </w:tblPr>
      <w:tblGrid>
        <w:gridCol w:w="8630"/>
      </w:tblGrid>
      <w:tr w:rsidRPr="008849C8" w:rsidR="007D59EA" w14:paraId="6912BB91" w14:textId="77777777">
        <w:tc>
          <w:tcPr>
            <w:tcW w:w="8640" w:type="dxa"/>
          </w:tcPr>
          <w:p w:rsidRPr="008849C8" w:rsidR="007D59EA" w:rsidRDefault="00B24484" w14:paraId="4BD297B4" w14:textId="77777777">
            <w:pPr>
              <w:rPr>
                <w:rFonts w:ascii="Arial" w:hAnsi="Arial" w:cs="Arial"/>
              </w:rPr>
            </w:pPr>
            <w:r w:rsidRPr="008849C8">
              <w:rPr>
                <w:rFonts w:ascii="Arial" w:hAnsi="Arial" w:cs="Arial"/>
                <w:b/>
              </w:rPr>
              <w:t>First Name</w:t>
            </w:r>
          </w:p>
        </w:tc>
      </w:tr>
      <w:tr w:rsidRPr="008849C8" w:rsidR="007D59EA" w14:paraId="721B88BC" w14:textId="77777777">
        <w:tc>
          <w:tcPr>
            <w:tcW w:w="8640" w:type="dxa"/>
          </w:tcPr>
          <w:p w:rsidRPr="008849C8" w:rsidR="007D59EA" w:rsidRDefault="00B24484" w14:paraId="0EB28817" w14:textId="77777777">
            <w:pPr>
              <w:rPr>
                <w:rFonts w:ascii="Arial" w:hAnsi="Arial" w:cs="Arial"/>
              </w:rPr>
            </w:pPr>
            <w:r w:rsidRPr="008849C8">
              <w:rPr>
                <w:rFonts w:ascii="Arial" w:hAnsi="Arial" w:cs="Arial"/>
              </w:rPr>
              <w:t xml:space="preserve"> </w:t>
            </w:r>
          </w:p>
        </w:tc>
      </w:tr>
    </w:tbl>
    <w:p w:rsidRPr="008849C8" w:rsidR="007D59EA" w:rsidRDefault="007D59EA" w14:paraId="25597ED9"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19D4DAB7" w14:textId="77777777">
        <w:tc>
          <w:tcPr>
            <w:tcW w:w="8640" w:type="dxa"/>
          </w:tcPr>
          <w:p w:rsidRPr="008849C8" w:rsidR="007D59EA" w:rsidRDefault="00B24484" w14:paraId="756409B2" w14:textId="77777777">
            <w:pPr>
              <w:rPr>
                <w:rFonts w:ascii="Arial" w:hAnsi="Arial" w:cs="Arial"/>
              </w:rPr>
            </w:pPr>
            <w:r w:rsidRPr="008849C8">
              <w:rPr>
                <w:rFonts w:ascii="Arial" w:hAnsi="Arial" w:cs="Arial"/>
                <w:b/>
              </w:rPr>
              <w:t>Last Name</w:t>
            </w:r>
          </w:p>
        </w:tc>
      </w:tr>
      <w:tr w:rsidRPr="008849C8" w:rsidR="007D59EA" w14:paraId="044149B5" w14:textId="77777777">
        <w:tc>
          <w:tcPr>
            <w:tcW w:w="8640" w:type="dxa"/>
          </w:tcPr>
          <w:p w:rsidRPr="008849C8" w:rsidR="007D59EA" w:rsidRDefault="00B24484" w14:paraId="15D76B6F" w14:textId="77777777">
            <w:pPr>
              <w:rPr>
                <w:rFonts w:ascii="Arial" w:hAnsi="Arial" w:cs="Arial"/>
              </w:rPr>
            </w:pPr>
            <w:r w:rsidRPr="008849C8">
              <w:rPr>
                <w:rFonts w:ascii="Arial" w:hAnsi="Arial" w:cs="Arial"/>
              </w:rPr>
              <w:t xml:space="preserve"> </w:t>
            </w:r>
          </w:p>
        </w:tc>
      </w:tr>
    </w:tbl>
    <w:p w:rsidRPr="008849C8" w:rsidR="007D59EA" w:rsidRDefault="007D59EA" w14:paraId="57B56A10"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15D5D42E" w14:textId="77777777">
        <w:tc>
          <w:tcPr>
            <w:tcW w:w="8640" w:type="dxa"/>
          </w:tcPr>
          <w:p w:rsidRPr="008849C8" w:rsidR="007D59EA" w:rsidRDefault="00B24484" w14:paraId="65B2C253" w14:textId="77777777">
            <w:pPr>
              <w:rPr>
                <w:rFonts w:ascii="Arial" w:hAnsi="Arial" w:cs="Arial"/>
              </w:rPr>
            </w:pPr>
            <w:r w:rsidRPr="008849C8">
              <w:rPr>
                <w:rFonts w:ascii="Arial" w:hAnsi="Arial" w:cs="Arial"/>
                <w:b/>
              </w:rPr>
              <w:t>Job Title</w:t>
            </w:r>
          </w:p>
        </w:tc>
      </w:tr>
      <w:tr w:rsidRPr="008849C8" w:rsidR="007D59EA" w14:paraId="08494DB1" w14:textId="77777777">
        <w:tc>
          <w:tcPr>
            <w:tcW w:w="8640" w:type="dxa"/>
          </w:tcPr>
          <w:p w:rsidRPr="008849C8" w:rsidR="007D59EA" w:rsidRDefault="00B24484" w14:paraId="47399D03" w14:textId="77777777">
            <w:pPr>
              <w:rPr>
                <w:rFonts w:ascii="Arial" w:hAnsi="Arial" w:cs="Arial"/>
              </w:rPr>
            </w:pPr>
            <w:r w:rsidRPr="008849C8">
              <w:rPr>
                <w:rFonts w:ascii="Arial" w:hAnsi="Arial" w:cs="Arial"/>
              </w:rPr>
              <w:t xml:space="preserve"> </w:t>
            </w:r>
          </w:p>
        </w:tc>
      </w:tr>
    </w:tbl>
    <w:p w:rsidRPr="008849C8" w:rsidR="007D59EA" w:rsidRDefault="007D59EA" w14:paraId="7F362B5B"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5B1D6305" w14:textId="77777777">
        <w:tc>
          <w:tcPr>
            <w:tcW w:w="8640" w:type="dxa"/>
          </w:tcPr>
          <w:p w:rsidRPr="008849C8" w:rsidR="007D59EA" w:rsidRDefault="00B24484" w14:paraId="5C2A3AC4" w14:textId="77777777">
            <w:pPr>
              <w:rPr>
                <w:rFonts w:ascii="Arial" w:hAnsi="Arial" w:cs="Arial"/>
              </w:rPr>
            </w:pPr>
            <w:r w:rsidRPr="008849C8">
              <w:rPr>
                <w:rFonts w:ascii="Arial" w:hAnsi="Arial" w:cs="Arial"/>
                <w:b/>
              </w:rPr>
              <w:t>Organisation</w:t>
            </w:r>
          </w:p>
        </w:tc>
      </w:tr>
      <w:tr w:rsidRPr="008849C8" w:rsidR="007D59EA" w14:paraId="0C74F487" w14:textId="77777777">
        <w:tc>
          <w:tcPr>
            <w:tcW w:w="8640" w:type="dxa"/>
          </w:tcPr>
          <w:p w:rsidRPr="008849C8" w:rsidR="007D59EA" w:rsidRDefault="00B24484" w14:paraId="116C8D49" w14:textId="77777777">
            <w:pPr>
              <w:rPr>
                <w:rFonts w:ascii="Arial" w:hAnsi="Arial" w:cs="Arial"/>
              </w:rPr>
            </w:pPr>
            <w:r w:rsidRPr="008849C8">
              <w:rPr>
                <w:rFonts w:ascii="Arial" w:hAnsi="Arial" w:cs="Arial"/>
              </w:rPr>
              <w:t xml:space="preserve"> </w:t>
            </w:r>
          </w:p>
        </w:tc>
      </w:tr>
    </w:tbl>
    <w:p w:rsidRPr="008849C8" w:rsidR="007D59EA" w:rsidRDefault="007D59EA" w14:paraId="7DD58BB2"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06E42454" w14:textId="77777777">
        <w:tc>
          <w:tcPr>
            <w:tcW w:w="8640" w:type="dxa"/>
          </w:tcPr>
          <w:p w:rsidRPr="008849C8" w:rsidR="007D59EA" w:rsidRDefault="00B24484" w14:paraId="045D35C3" w14:textId="77777777">
            <w:pPr>
              <w:rPr>
                <w:rFonts w:ascii="Arial" w:hAnsi="Arial" w:cs="Arial"/>
              </w:rPr>
            </w:pPr>
            <w:r w:rsidRPr="008849C8">
              <w:rPr>
                <w:rFonts w:ascii="Arial" w:hAnsi="Arial" w:cs="Arial"/>
                <w:b/>
              </w:rPr>
              <w:t>Mobile Number</w:t>
            </w:r>
          </w:p>
        </w:tc>
      </w:tr>
      <w:tr w:rsidRPr="008849C8" w:rsidR="007D59EA" w14:paraId="67DE4B97" w14:textId="77777777">
        <w:tc>
          <w:tcPr>
            <w:tcW w:w="8640" w:type="dxa"/>
          </w:tcPr>
          <w:p w:rsidRPr="008849C8" w:rsidR="007D59EA" w:rsidRDefault="00B24484" w14:paraId="79525D9D" w14:textId="77777777">
            <w:pPr>
              <w:rPr>
                <w:rFonts w:ascii="Arial" w:hAnsi="Arial" w:cs="Arial"/>
              </w:rPr>
            </w:pPr>
            <w:r w:rsidRPr="008849C8">
              <w:rPr>
                <w:rFonts w:ascii="Arial" w:hAnsi="Arial" w:cs="Arial"/>
              </w:rPr>
              <w:t xml:space="preserve"> </w:t>
            </w:r>
          </w:p>
        </w:tc>
      </w:tr>
    </w:tbl>
    <w:p w:rsidRPr="008849C8" w:rsidR="007D59EA" w:rsidRDefault="007D59EA" w14:paraId="5606CDED"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2C46721D" w14:textId="77777777">
        <w:tc>
          <w:tcPr>
            <w:tcW w:w="8640" w:type="dxa"/>
          </w:tcPr>
          <w:p w:rsidRPr="008849C8" w:rsidR="007D59EA" w:rsidRDefault="00B24484" w14:paraId="5E16D06B" w14:textId="77777777">
            <w:pPr>
              <w:rPr>
                <w:rFonts w:ascii="Arial" w:hAnsi="Arial" w:cs="Arial"/>
              </w:rPr>
            </w:pPr>
            <w:r w:rsidRPr="008849C8">
              <w:rPr>
                <w:rFonts w:ascii="Arial" w:hAnsi="Arial" w:cs="Arial"/>
                <w:b/>
              </w:rPr>
              <w:t>Work Email Address</w:t>
            </w:r>
          </w:p>
        </w:tc>
      </w:tr>
      <w:tr w:rsidRPr="008849C8" w:rsidR="007D59EA" w14:paraId="4D6BACA5" w14:textId="77777777">
        <w:tc>
          <w:tcPr>
            <w:tcW w:w="8640" w:type="dxa"/>
          </w:tcPr>
          <w:p w:rsidRPr="008849C8" w:rsidR="007D59EA" w:rsidRDefault="00B24484" w14:paraId="259482D3" w14:textId="77777777">
            <w:pPr>
              <w:rPr>
                <w:rFonts w:ascii="Arial" w:hAnsi="Arial" w:cs="Arial"/>
              </w:rPr>
            </w:pPr>
            <w:r w:rsidRPr="008849C8">
              <w:rPr>
                <w:rFonts w:ascii="Arial" w:hAnsi="Arial" w:cs="Arial"/>
              </w:rPr>
              <w:t xml:space="preserve"> </w:t>
            </w:r>
          </w:p>
        </w:tc>
      </w:tr>
    </w:tbl>
    <w:p w:rsidRPr="008849C8" w:rsidR="007D59EA" w:rsidRDefault="007D59EA" w14:paraId="36CB2789"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0153B840" w14:textId="77777777">
        <w:tc>
          <w:tcPr>
            <w:tcW w:w="8640" w:type="dxa"/>
          </w:tcPr>
          <w:p w:rsidRPr="008849C8" w:rsidR="007D59EA" w:rsidRDefault="00B24484" w14:paraId="2AB87455" w14:textId="77777777">
            <w:pPr>
              <w:rPr>
                <w:rFonts w:ascii="Arial" w:hAnsi="Arial" w:cs="Arial"/>
              </w:rPr>
            </w:pPr>
            <w:r w:rsidRPr="008849C8">
              <w:rPr>
                <w:rFonts w:ascii="Arial" w:hAnsi="Arial" w:cs="Arial"/>
                <w:b/>
              </w:rPr>
              <w:t>Authors (starting with lead author)</w:t>
            </w:r>
          </w:p>
        </w:tc>
      </w:tr>
      <w:tr w:rsidRPr="008849C8" w:rsidR="007D59EA" w14:paraId="61A058F3" w14:textId="77777777">
        <w:tc>
          <w:tcPr>
            <w:tcW w:w="8640" w:type="dxa"/>
          </w:tcPr>
          <w:p w:rsidRPr="008849C8" w:rsidR="007D59EA" w:rsidRDefault="00B24484" w14:paraId="03D01ACA" w14:textId="77777777">
            <w:pPr>
              <w:rPr>
                <w:rFonts w:ascii="Arial" w:hAnsi="Arial" w:cs="Arial"/>
              </w:rPr>
            </w:pPr>
            <w:r w:rsidRPr="008849C8">
              <w:rPr>
                <w:rFonts w:ascii="Arial" w:hAnsi="Arial" w:cs="Arial"/>
              </w:rPr>
              <w:t xml:space="preserve"> </w:t>
            </w:r>
          </w:p>
        </w:tc>
      </w:tr>
    </w:tbl>
    <w:p w:rsidRPr="008849C8" w:rsidR="007D59EA" w:rsidRDefault="007D59EA" w14:paraId="5F8155FF"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79354EFE" w14:textId="77777777">
        <w:tc>
          <w:tcPr>
            <w:tcW w:w="8640" w:type="dxa"/>
          </w:tcPr>
          <w:p w:rsidRPr="008849C8" w:rsidR="007D59EA" w:rsidRDefault="00B24484" w14:paraId="7FCD11EB" w14:textId="77777777">
            <w:pPr>
              <w:rPr>
                <w:rFonts w:ascii="Arial" w:hAnsi="Arial" w:cs="Arial"/>
              </w:rPr>
            </w:pPr>
            <w:r w:rsidRPr="008849C8">
              <w:rPr>
                <w:rFonts w:ascii="Arial" w:hAnsi="Arial" w:cs="Arial"/>
                <w:b/>
              </w:rPr>
              <w:t>Poster Title</w:t>
            </w:r>
          </w:p>
        </w:tc>
      </w:tr>
      <w:tr w:rsidRPr="008849C8" w:rsidR="007D59EA" w14:paraId="4579CABA" w14:textId="77777777">
        <w:tc>
          <w:tcPr>
            <w:tcW w:w="8640" w:type="dxa"/>
          </w:tcPr>
          <w:p w:rsidRPr="008849C8" w:rsidR="007D59EA" w:rsidRDefault="00B24484" w14:paraId="0D245266" w14:textId="77777777">
            <w:pPr>
              <w:rPr>
                <w:rFonts w:ascii="Arial" w:hAnsi="Arial" w:cs="Arial"/>
              </w:rPr>
            </w:pPr>
            <w:r w:rsidRPr="008849C8">
              <w:rPr>
                <w:rFonts w:ascii="Arial" w:hAnsi="Arial" w:cs="Arial"/>
              </w:rPr>
              <w:t xml:space="preserve"> </w:t>
            </w:r>
          </w:p>
        </w:tc>
      </w:tr>
    </w:tbl>
    <w:p w:rsidRPr="008849C8" w:rsidR="007D59EA" w:rsidRDefault="007D59EA" w14:paraId="6C6319D5"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0F71E7B1" w14:textId="77777777">
        <w:tc>
          <w:tcPr>
            <w:tcW w:w="8640" w:type="dxa"/>
          </w:tcPr>
          <w:p w:rsidRPr="008849C8" w:rsidR="007D59EA" w:rsidRDefault="008849C8" w14:paraId="30E2FF89" w14:textId="0A8E47C6">
            <w:pPr>
              <w:rPr>
                <w:rFonts w:ascii="Arial" w:hAnsi="Arial" w:cs="Arial"/>
              </w:rPr>
            </w:pPr>
            <w:r w:rsidRPr="008849C8">
              <w:rPr>
                <w:rFonts w:ascii="Arial" w:hAnsi="Arial" w:cs="Arial"/>
                <w:b/>
              </w:rPr>
              <w:t>Please indicate what financial support (if any) you have had for this project:</w:t>
            </w:r>
          </w:p>
        </w:tc>
      </w:tr>
      <w:tr w:rsidRPr="008849C8" w:rsidR="007D59EA" w14:paraId="59F9AD90" w14:textId="77777777">
        <w:tc>
          <w:tcPr>
            <w:tcW w:w="8640" w:type="dxa"/>
          </w:tcPr>
          <w:p w:rsidRPr="008849C8" w:rsidR="007D59EA" w:rsidRDefault="00B24484" w14:paraId="1FD21844" w14:textId="77777777">
            <w:pPr>
              <w:rPr>
                <w:rFonts w:ascii="Arial" w:hAnsi="Arial" w:cs="Arial"/>
              </w:rPr>
            </w:pPr>
            <w:r w:rsidRPr="008849C8">
              <w:rPr>
                <w:rFonts w:ascii="Arial" w:hAnsi="Arial" w:cs="Arial"/>
              </w:rPr>
              <w:lastRenderedPageBreak/>
              <w:t xml:space="preserve"> </w:t>
            </w:r>
          </w:p>
        </w:tc>
      </w:tr>
    </w:tbl>
    <w:p w:rsidR="008849C8" w:rsidRDefault="008849C8" w14:paraId="10653234" w14:textId="77777777">
      <w:pPr>
        <w:pStyle w:val="Heading1"/>
        <w:rPr>
          <w:rFonts w:ascii="Arial" w:hAnsi="Arial" w:cs="Arial"/>
          <w:color w:val="auto"/>
          <w:sz w:val="22"/>
          <w:szCs w:val="22"/>
        </w:rPr>
      </w:pPr>
    </w:p>
    <w:p w:rsidRPr="008849C8" w:rsidR="007D59EA" w:rsidRDefault="00A5578D" w14:paraId="1F4019A1" w14:textId="38E6FC2E">
      <w:pPr>
        <w:pStyle w:val="Heading1"/>
        <w:rPr>
          <w:rFonts w:ascii="Arial" w:hAnsi="Arial" w:cs="Arial"/>
          <w:color w:val="auto"/>
          <w:sz w:val="26"/>
          <w:szCs w:val="26"/>
        </w:rPr>
      </w:pPr>
      <w:r w:rsidRPr="008849C8">
        <w:rPr>
          <w:rFonts w:ascii="Arial" w:hAnsi="Arial" w:cs="Arial"/>
          <w:color w:val="auto"/>
          <w:sz w:val="26"/>
          <w:szCs w:val="26"/>
        </w:rPr>
        <w:t xml:space="preserve">Abstract </w:t>
      </w:r>
      <w:r w:rsidRPr="008849C8" w:rsidR="00B24484">
        <w:rPr>
          <w:rFonts w:ascii="Arial" w:hAnsi="Arial" w:cs="Arial"/>
          <w:color w:val="auto"/>
          <w:sz w:val="26"/>
          <w:szCs w:val="26"/>
        </w:rPr>
        <w:t>Submission</w:t>
      </w:r>
    </w:p>
    <w:tbl>
      <w:tblPr>
        <w:tblStyle w:val="TableGrid"/>
        <w:tblW w:w="0" w:type="auto"/>
        <w:tblLook w:val="04A0" w:firstRow="1" w:lastRow="0" w:firstColumn="1" w:lastColumn="0" w:noHBand="0" w:noVBand="1"/>
      </w:tblPr>
      <w:tblGrid>
        <w:gridCol w:w="8630"/>
      </w:tblGrid>
      <w:tr w:rsidRPr="008849C8" w:rsidR="007D59EA" w14:paraId="71767FDB" w14:textId="77777777">
        <w:tc>
          <w:tcPr>
            <w:tcW w:w="8640" w:type="dxa"/>
          </w:tcPr>
          <w:p w:rsidRPr="008849C8" w:rsidR="007D59EA" w:rsidRDefault="002B037D" w14:paraId="2AFD3EA6" w14:textId="77777777">
            <w:pPr>
              <w:rPr>
                <w:rFonts w:ascii="Arial" w:hAnsi="Arial" w:cs="Arial"/>
                <w:b/>
              </w:rPr>
            </w:pPr>
            <w:r w:rsidRPr="008849C8">
              <w:rPr>
                <w:rFonts w:ascii="Arial" w:hAnsi="Arial" w:cs="Arial"/>
                <w:b/>
              </w:rPr>
              <w:t>Context</w:t>
            </w:r>
          </w:p>
          <w:p w:rsidRPr="008849C8" w:rsidR="002B037D" w:rsidP="002B037D" w:rsidRDefault="002B037D" w14:paraId="4BD9658F" w14:textId="5DBF7FAB">
            <w:pPr>
              <w:pStyle w:val="ListParagraph"/>
              <w:numPr>
                <w:ilvl w:val="0"/>
                <w:numId w:val="12"/>
              </w:numPr>
              <w:rPr>
                <w:rFonts w:ascii="Arial" w:hAnsi="Arial" w:cs="Arial"/>
              </w:rPr>
            </w:pPr>
            <w:r w:rsidRPr="008849C8">
              <w:rPr>
                <w:rFonts w:ascii="Arial" w:hAnsi="Arial" w:cs="Arial"/>
              </w:rPr>
              <w:t xml:space="preserve">Background </w:t>
            </w:r>
          </w:p>
          <w:p w:rsidRPr="008849C8" w:rsidR="002B037D" w:rsidP="002B037D" w:rsidRDefault="002B037D" w14:paraId="6E1A0BE4" w14:textId="6D618277">
            <w:pPr>
              <w:pStyle w:val="ListParagraph"/>
              <w:numPr>
                <w:ilvl w:val="0"/>
                <w:numId w:val="12"/>
              </w:numPr>
              <w:rPr>
                <w:rFonts w:ascii="Arial" w:hAnsi="Arial" w:cs="Arial"/>
              </w:rPr>
            </w:pPr>
            <w:r w:rsidRPr="008849C8">
              <w:rPr>
                <w:rFonts w:ascii="Arial" w:hAnsi="Arial" w:cs="Arial"/>
              </w:rPr>
              <w:t xml:space="preserve">Significance </w:t>
            </w:r>
          </w:p>
          <w:p w:rsidRPr="008849C8" w:rsidR="002B037D" w:rsidP="002B037D" w:rsidRDefault="002B037D" w14:paraId="7923E78A" w14:textId="630B0301">
            <w:pPr>
              <w:pStyle w:val="ListParagraph"/>
              <w:numPr>
                <w:ilvl w:val="0"/>
                <w:numId w:val="12"/>
              </w:numPr>
              <w:rPr>
                <w:rFonts w:ascii="Arial" w:hAnsi="Arial" w:cs="Arial"/>
              </w:rPr>
            </w:pPr>
            <w:r w:rsidRPr="008849C8">
              <w:rPr>
                <w:rFonts w:ascii="Arial" w:hAnsi="Arial" w:cs="Arial"/>
              </w:rPr>
              <w:t>Rationale</w:t>
            </w:r>
          </w:p>
        </w:tc>
      </w:tr>
      <w:tr w:rsidRPr="008849C8" w:rsidR="007D59EA" w14:paraId="2623C768" w14:textId="77777777">
        <w:tc>
          <w:tcPr>
            <w:tcW w:w="8640" w:type="dxa"/>
          </w:tcPr>
          <w:p w:rsidRPr="008849C8" w:rsidR="002B037D" w:rsidRDefault="002B037D" w14:paraId="59687A10" w14:textId="77777777">
            <w:pPr>
              <w:rPr>
                <w:rFonts w:ascii="Arial" w:hAnsi="Arial" w:cs="Arial"/>
              </w:rPr>
            </w:pPr>
          </w:p>
          <w:p w:rsidRPr="008849C8" w:rsidR="002B037D" w:rsidRDefault="002B037D" w14:paraId="11B59C38" w14:textId="77777777">
            <w:pPr>
              <w:rPr>
                <w:rFonts w:ascii="Arial" w:hAnsi="Arial" w:cs="Arial"/>
              </w:rPr>
            </w:pPr>
          </w:p>
          <w:p w:rsidRPr="008849C8" w:rsidR="002B037D" w:rsidRDefault="002B037D" w14:paraId="72062C57" w14:textId="77777777">
            <w:pPr>
              <w:rPr>
                <w:rFonts w:ascii="Arial" w:hAnsi="Arial" w:cs="Arial"/>
              </w:rPr>
            </w:pPr>
          </w:p>
          <w:p w:rsidRPr="008849C8" w:rsidR="002B037D" w:rsidRDefault="002B037D" w14:paraId="083247CA" w14:textId="77777777">
            <w:pPr>
              <w:rPr>
                <w:rFonts w:ascii="Arial" w:hAnsi="Arial" w:cs="Arial"/>
              </w:rPr>
            </w:pPr>
          </w:p>
          <w:p w:rsidRPr="008849C8" w:rsidR="002B037D" w:rsidRDefault="002B037D" w14:paraId="5FB2B549" w14:textId="77777777">
            <w:pPr>
              <w:rPr>
                <w:rFonts w:ascii="Arial" w:hAnsi="Arial" w:cs="Arial"/>
              </w:rPr>
            </w:pPr>
          </w:p>
          <w:p w:rsidRPr="008849C8" w:rsidR="002B037D" w:rsidRDefault="002B037D" w14:paraId="371B4CAD" w14:textId="77777777">
            <w:pPr>
              <w:rPr>
                <w:rFonts w:ascii="Arial" w:hAnsi="Arial" w:cs="Arial"/>
              </w:rPr>
            </w:pPr>
          </w:p>
          <w:p w:rsidRPr="008849C8" w:rsidR="002B037D" w:rsidRDefault="002B037D" w14:paraId="575460D1" w14:textId="77777777">
            <w:pPr>
              <w:rPr>
                <w:rFonts w:ascii="Arial" w:hAnsi="Arial" w:cs="Arial"/>
              </w:rPr>
            </w:pPr>
          </w:p>
          <w:p w:rsidRPr="008849C8" w:rsidR="00A5578D" w:rsidRDefault="00A5578D" w14:paraId="609BB1A8" w14:textId="77777777">
            <w:pPr>
              <w:rPr>
                <w:rFonts w:ascii="Arial" w:hAnsi="Arial" w:cs="Arial"/>
              </w:rPr>
            </w:pPr>
          </w:p>
          <w:p w:rsidRPr="008849C8" w:rsidR="007D59EA" w:rsidRDefault="00B24484" w14:paraId="71535D00" w14:textId="2D595666">
            <w:pPr>
              <w:rPr>
                <w:rFonts w:ascii="Arial" w:hAnsi="Arial" w:cs="Arial"/>
              </w:rPr>
            </w:pPr>
            <w:r w:rsidRPr="008849C8">
              <w:rPr>
                <w:rFonts w:ascii="Arial" w:hAnsi="Arial" w:cs="Arial"/>
              </w:rPr>
              <w:t xml:space="preserve"> </w:t>
            </w:r>
          </w:p>
        </w:tc>
      </w:tr>
    </w:tbl>
    <w:p w:rsidRPr="008849C8" w:rsidR="002B037D" w:rsidRDefault="002B037D" w14:paraId="02E8E57F"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6F0BAEA3" w14:textId="77777777">
        <w:tc>
          <w:tcPr>
            <w:tcW w:w="8640" w:type="dxa"/>
          </w:tcPr>
          <w:p w:rsidRPr="008849C8" w:rsidR="007D59EA" w:rsidRDefault="002B037D" w14:paraId="09FC02C2" w14:textId="77777777">
            <w:pPr>
              <w:rPr>
                <w:rFonts w:ascii="Arial" w:hAnsi="Arial" w:cs="Arial"/>
                <w:b/>
              </w:rPr>
            </w:pPr>
            <w:r w:rsidRPr="008849C8">
              <w:rPr>
                <w:rFonts w:ascii="Arial" w:hAnsi="Arial" w:cs="Arial"/>
                <w:b/>
              </w:rPr>
              <w:t>Hypothesis, objective or statement</w:t>
            </w:r>
          </w:p>
          <w:p w:rsidRPr="008849C8" w:rsidR="002B037D" w:rsidP="002B037D" w:rsidRDefault="002B037D" w14:paraId="6D755370" w14:textId="77777777">
            <w:pPr>
              <w:pStyle w:val="BodyText"/>
              <w:numPr>
                <w:ilvl w:val="0"/>
                <w:numId w:val="11"/>
              </w:numPr>
              <w:spacing w:after="0"/>
              <w:rPr>
                <w:rFonts w:ascii="Arial" w:hAnsi="Arial" w:cs="Arial"/>
                <w:b/>
                <w:bCs/>
              </w:rPr>
            </w:pPr>
            <w:r w:rsidRPr="008849C8">
              <w:rPr>
                <w:rFonts w:ascii="Arial" w:hAnsi="Arial" w:cs="Arial"/>
                <w:bCs/>
              </w:rPr>
              <w:t xml:space="preserve">Aim of the research </w:t>
            </w:r>
          </w:p>
          <w:p w:rsidRPr="008849C8" w:rsidR="002B037D" w:rsidP="002B037D" w:rsidRDefault="002B037D" w14:paraId="490ED943" w14:textId="77777777">
            <w:pPr>
              <w:pStyle w:val="BodyText"/>
              <w:numPr>
                <w:ilvl w:val="0"/>
                <w:numId w:val="11"/>
              </w:numPr>
              <w:spacing w:after="0"/>
              <w:rPr>
                <w:rFonts w:ascii="Arial" w:hAnsi="Arial" w:cs="Arial"/>
                <w:b/>
                <w:bCs/>
              </w:rPr>
            </w:pPr>
            <w:r w:rsidRPr="008849C8">
              <w:rPr>
                <w:rFonts w:ascii="Arial" w:hAnsi="Arial" w:cs="Arial"/>
                <w:bCs/>
              </w:rPr>
              <w:t xml:space="preserve">Question/s you are seeking to address </w:t>
            </w:r>
          </w:p>
          <w:p w:rsidRPr="008849C8" w:rsidR="002B037D" w:rsidP="002B037D" w:rsidRDefault="002B037D" w14:paraId="11B82FC8" w14:textId="11932248">
            <w:pPr>
              <w:pStyle w:val="BodyText"/>
              <w:numPr>
                <w:ilvl w:val="0"/>
                <w:numId w:val="11"/>
              </w:numPr>
              <w:spacing w:after="0"/>
              <w:rPr>
                <w:rFonts w:ascii="Arial" w:hAnsi="Arial" w:cs="Arial"/>
                <w:b/>
                <w:bCs/>
              </w:rPr>
            </w:pPr>
            <w:r w:rsidRPr="008849C8">
              <w:rPr>
                <w:rFonts w:ascii="Arial" w:hAnsi="Arial" w:cs="Arial"/>
                <w:bCs/>
              </w:rPr>
              <w:t xml:space="preserve">Problem under investigation </w:t>
            </w:r>
          </w:p>
          <w:p w:rsidRPr="008849C8" w:rsidR="002B037D" w:rsidRDefault="002B037D" w14:paraId="7EADDD31" w14:textId="649B8E7A">
            <w:pPr>
              <w:rPr>
                <w:rFonts w:ascii="Arial" w:hAnsi="Arial" w:cs="Arial"/>
              </w:rPr>
            </w:pPr>
          </w:p>
        </w:tc>
      </w:tr>
      <w:tr w:rsidRPr="008849C8" w:rsidR="007D59EA" w14:paraId="26A4DBB5" w14:textId="77777777">
        <w:tc>
          <w:tcPr>
            <w:tcW w:w="8640" w:type="dxa"/>
          </w:tcPr>
          <w:p w:rsidRPr="008849C8" w:rsidR="007D59EA" w:rsidRDefault="00B24484" w14:paraId="38CFDF8D" w14:textId="77777777">
            <w:pPr>
              <w:rPr>
                <w:rFonts w:ascii="Arial" w:hAnsi="Arial" w:cs="Arial"/>
              </w:rPr>
            </w:pPr>
            <w:r w:rsidRPr="008849C8">
              <w:rPr>
                <w:rFonts w:ascii="Arial" w:hAnsi="Arial" w:cs="Arial"/>
              </w:rPr>
              <w:t xml:space="preserve"> </w:t>
            </w:r>
          </w:p>
          <w:p w:rsidRPr="008849C8" w:rsidR="002B037D" w:rsidRDefault="002B037D" w14:paraId="7562DEE7" w14:textId="77777777">
            <w:pPr>
              <w:rPr>
                <w:rFonts w:ascii="Arial" w:hAnsi="Arial" w:cs="Arial"/>
              </w:rPr>
            </w:pPr>
          </w:p>
          <w:p w:rsidRPr="008849C8" w:rsidR="002B037D" w:rsidRDefault="002B037D" w14:paraId="58523FD5" w14:textId="77777777">
            <w:pPr>
              <w:rPr>
                <w:rFonts w:ascii="Arial" w:hAnsi="Arial" w:cs="Arial"/>
              </w:rPr>
            </w:pPr>
          </w:p>
          <w:p w:rsidRPr="008849C8" w:rsidR="002B037D" w:rsidRDefault="002B037D" w14:paraId="31B8BD80" w14:textId="77777777">
            <w:pPr>
              <w:rPr>
                <w:rFonts w:ascii="Arial" w:hAnsi="Arial" w:cs="Arial"/>
              </w:rPr>
            </w:pPr>
          </w:p>
          <w:p w:rsidRPr="008849C8" w:rsidR="002B037D" w:rsidRDefault="002B037D" w14:paraId="24F88582" w14:textId="77777777">
            <w:pPr>
              <w:rPr>
                <w:rFonts w:ascii="Arial" w:hAnsi="Arial" w:cs="Arial"/>
              </w:rPr>
            </w:pPr>
          </w:p>
          <w:p w:rsidRPr="008849C8" w:rsidR="002B037D" w:rsidRDefault="002B037D" w14:paraId="7D9EB581" w14:textId="77777777">
            <w:pPr>
              <w:rPr>
                <w:rFonts w:ascii="Arial" w:hAnsi="Arial" w:cs="Arial"/>
              </w:rPr>
            </w:pPr>
          </w:p>
          <w:p w:rsidRPr="008849C8" w:rsidR="002B037D" w:rsidRDefault="002B037D" w14:paraId="1B52F45F" w14:textId="77777777">
            <w:pPr>
              <w:rPr>
                <w:rFonts w:ascii="Arial" w:hAnsi="Arial" w:cs="Arial"/>
              </w:rPr>
            </w:pPr>
          </w:p>
          <w:p w:rsidRPr="008849C8" w:rsidR="002B037D" w:rsidRDefault="002B037D" w14:paraId="3F8B1E05" w14:textId="77777777">
            <w:pPr>
              <w:rPr>
                <w:rFonts w:ascii="Arial" w:hAnsi="Arial" w:cs="Arial"/>
              </w:rPr>
            </w:pPr>
          </w:p>
          <w:p w:rsidRPr="008849C8" w:rsidR="002B037D" w:rsidRDefault="002B037D" w14:paraId="2E379D93" w14:textId="77777777">
            <w:pPr>
              <w:rPr>
                <w:rFonts w:ascii="Arial" w:hAnsi="Arial" w:cs="Arial"/>
              </w:rPr>
            </w:pPr>
          </w:p>
        </w:tc>
      </w:tr>
    </w:tbl>
    <w:p w:rsidRPr="008849C8" w:rsidR="007D59EA" w:rsidRDefault="007D59EA" w14:paraId="56B3A48D"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14DF7B6A" w14:textId="77777777">
        <w:tc>
          <w:tcPr>
            <w:tcW w:w="8640" w:type="dxa"/>
          </w:tcPr>
          <w:p w:rsidRPr="008849C8" w:rsidR="007D59EA" w:rsidRDefault="002B037D" w14:paraId="1CAF541D" w14:textId="77777777">
            <w:pPr>
              <w:rPr>
                <w:rFonts w:ascii="Arial" w:hAnsi="Arial" w:cs="Arial"/>
                <w:b/>
              </w:rPr>
            </w:pPr>
            <w:r w:rsidRPr="008849C8">
              <w:rPr>
                <w:rFonts w:ascii="Arial" w:hAnsi="Arial" w:cs="Arial"/>
                <w:b/>
              </w:rPr>
              <w:t xml:space="preserve">Design &amp; </w:t>
            </w:r>
            <w:r w:rsidRPr="008849C8" w:rsidR="00B24484">
              <w:rPr>
                <w:rFonts w:ascii="Arial" w:hAnsi="Arial" w:cs="Arial"/>
                <w:b/>
              </w:rPr>
              <w:t xml:space="preserve">Methods </w:t>
            </w:r>
          </w:p>
          <w:p w:rsidRPr="008849C8" w:rsidR="002B037D" w:rsidP="002B037D" w:rsidRDefault="002B037D" w14:paraId="2C76DBFB" w14:textId="77777777">
            <w:pPr>
              <w:pStyle w:val="BodyText"/>
              <w:numPr>
                <w:ilvl w:val="0"/>
                <w:numId w:val="13"/>
              </w:numPr>
              <w:spacing w:after="0"/>
              <w:rPr>
                <w:rFonts w:ascii="Arial" w:hAnsi="Arial" w:cs="Arial"/>
                <w:b/>
                <w:bCs/>
              </w:rPr>
            </w:pPr>
            <w:r w:rsidRPr="008849C8">
              <w:rPr>
                <w:rFonts w:ascii="Arial" w:hAnsi="Arial" w:cs="Arial"/>
                <w:bCs/>
              </w:rPr>
              <w:t xml:space="preserve">Experimental methods or methodology </w:t>
            </w:r>
          </w:p>
          <w:p w:rsidRPr="008849C8" w:rsidR="002B037D" w:rsidP="002B037D" w:rsidRDefault="002B037D" w14:paraId="66E209D8" w14:textId="77777777">
            <w:pPr>
              <w:pStyle w:val="BodyText"/>
              <w:numPr>
                <w:ilvl w:val="0"/>
                <w:numId w:val="13"/>
              </w:numPr>
              <w:spacing w:after="0"/>
              <w:rPr>
                <w:rFonts w:ascii="Arial" w:hAnsi="Arial" w:cs="Arial"/>
                <w:b/>
                <w:bCs/>
              </w:rPr>
            </w:pPr>
            <w:r w:rsidRPr="008849C8">
              <w:rPr>
                <w:rFonts w:ascii="Arial" w:hAnsi="Arial" w:cs="Arial"/>
                <w:bCs/>
                <w:shd w:val="clear" w:color="auto" w:fill="FFFFFF"/>
              </w:rPr>
              <w:t>Population or group(s) studied</w:t>
            </w:r>
          </w:p>
          <w:p w:rsidRPr="008849C8" w:rsidR="002B037D" w:rsidP="002B037D" w:rsidRDefault="002B037D" w14:paraId="08A07F42" w14:textId="77777777">
            <w:pPr>
              <w:pStyle w:val="BodyText"/>
              <w:numPr>
                <w:ilvl w:val="0"/>
                <w:numId w:val="13"/>
              </w:numPr>
              <w:spacing w:after="0"/>
              <w:rPr>
                <w:rFonts w:ascii="Arial" w:hAnsi="Arial" w:cs="Arial"/>
                <w:b/>
                <w:bCs/>
              </w:rPr>
            </w:pPr>
            <w:r w:rsidRPr="008849C8">
              <w:rPr>
                <w:rFonts w:ascii="Arial" w:hAnsi="Arial" w:cs="Arial"/>
                <w:bCs/>
                <w:shd w:val="clear" w:color="auto" w:fill="FFFFFF"/>
              </w:rPr>
              <w:t>Measurement techniques</w:t>
            </w:r>
          </w:p>
          <w:p w:rsidRPr="008849C8" w:rsidR="002B037D" w:rsidRDefault="002B037D" w14:paraId="44BCAA56" w14:textId="2621C5D0">
            <w:pPr>
              <w:rPr>
                <w:rFonts w:ascii="Arial" w:hAnsi="Arial" w:cs="Arial"/>
              </w:rPr>
            </w:pPr>
          </w:p>
        </w:tc>
      </w:tr>
      <w:tr w:rsidRPr="008849C8" w:rsidR="007D59EA" w14:paraId="585290B8" w14:textId="77777777">
        <w:tc>
          <w:tcPr>
            <w:tcW w:w="8640" w:type="dxa"/>
          </w:tcPr>
          <w:p w:rsidRPr="008849C8" w:rsidR="007D59EA" w:rsidRDefault="00B24484" w14:paraId="0EF64175" w14:textId="77777777">
            <w:pPr>
              <w:rPr>
                <w:rFonts w:ascii="Arial" w:hAnsi="Arial" w:cs="Arial"/>
              </w:rPr>
            </w:pPr>
            <w:r w:rsidRPr="008849C8">
              <w:rPr>
                <w:rFonts w:ascii="Arial" w:hAnsi="Arial" w:cs="Arial"/>
              </w:rPr>
              <w:t xml:space="preserve"> </w:t>
            </w:r>
          </w:p>
          <w:p w:rsidRPr="008849C8" w:rsidR="002B037D" w:rsidRDefault="002B037D" w14:paraId="7EFAFEB4" w14:textId="77777777">
            <w:pPr>
              <w:rPr>
                <w:rFonts w:ascii="Arial" w:hAnsi="Arial" w:cs="Arial"/>
              </w:rPr>
            </w:pPr>
          </w:p>
          <w:p w:rsidRPr="008849C8" w:rsidR="002B037D" w:rsidRDefault="002B037D" w14:paraId="6B7B4D46" w14:textId="77777777">
            <w:pPr>
              <w:rPr>
                <w:rFonts w:ascii="Arial" w:hAnsi="Arial" w:cs="Arial"/>
              </w:rPr>
            </w:pPr>
          </w:p>
          <w:p w:rsidRPr="008849C8" w:rsidR="002B037D" w:rsidRDefault="002B037D" w14:paraId="4D09806D" w14:textId="77777777">
            <w:pPr>
              <w:rPr>
                <w:rFonts w:ascii="Arial" w:hAnsi="Arial" w:cs="Arial"/>
              </w:rPr>
            </w:pPr>
          </w:p>
          <w:p w:rsidRPr="008849C8" w:rsidR="002B037D" w:rsidRDefault="002B037D" w14:paraId="4B95971D" w14:textId="77777777">
            <w:pPr>
              <w:rPr>
                <w:rFonts w:ascii="Arial" w:hAnsi="Arial" w:cs="Arial"/>
              </w:rPr>
            </w:pPr>
          </w:p>
          <w:p w:rsidRPr="008849C8" w:rsidR="002B037D" w:rsidRDefault="002B037D" w14:paraId="72A61720" w14:textId="77777777">
            <w:pPr>
              <w:rPr>
                <w:rFonts w:ascii="Arial" w:hAnsi="Arial" w:cs="Arial"/>
              </w:rPr>
            </w:pPr>
          </w:p>
          <w:p w:rsidRPr="008849C8" w:rsidR="002B037D" w:rsidRDefault="002B037D" w14:paraId="5F0EDCDF" w14:textId="77777777">
            <w:pPr>
              <w:rPr>
                <w:rFonts w:ascii="Arial" w:hAnsi="Arial" w:cs="Arial"/>
              </w:rPr>
            </w:pPr>
          </w:p>
          <w:p w:rsidRPr="008849C8" w:rsidR="002B037D" w:rsidRDefault="002B037D" w14:paraId="71076C5D" w14:textId="77777777">
            <w:pPr>
              <w:rPr>
                <w:rFonts w:ascii="Arial" w:hAnsi="Arial" w:cs="Arial"/>
              </w:rPr>
            </w:pPr>
          </w:p>
          <w:p w:rsidRPr="008849C8" w:rsidR="002B037D" w:rsidRDefault="002B037D" w14:paraId="189B07D4" w14:textId="77777777">
            <w:pPr>
              <w:rPr>
                <w:rFonts w:ascii="Arial" w:hAnsi="Arial" w:cs="Arial"/>
              </w:rPr>
            </w:pPr>
          </w:p>
          <w:p w:rsidRPr="008849C8" w:rsidR="002B037D" w:rsidRDefault="002B037D" w14:paraId="5C8E40A3" w14:textId="77777777">
            <w:pPr>
              <w:rPr>
                <w:rFonts w:ascii="Arial" w:hAnsi="Arial" w:cs="Arial"/>
              </w:rPr>
            </w:pPr>
          </w:p>
        </w:tc>
      </w:tr>
    </w:tbl>
    <w:p w:rsidRPr="008849C8" w:rsidR="007D59EA" w:rsidRDefault="007D59EA" w14:paraId="6E89CFAD"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358D4552" w14:textId="77777777">
        <w:tc>
          <w:tcPr>
            <w:tcW w:w="8640" w:type="dxa"/>
          </w:tcPr>
          <w:p w:rsidRPr="008849C8" w:rsidR="007D59EA" w:rsidRDefault="00B24484" w14:paraId="10EB798C" w14:textId="77777777">
            <w:pPr>
              <w:rPr>
                <w:rFonts w:ascii="Arial" w:hAnsi="Arial" w:cs="Arial"/>
                <w:b/>
              </w:rPr>
            </w:pPr>
            <w:r w:rsidRPr="008849C8">
              <w:rPr>
                <w:rFonts w:ascii="Arial" w:hAnsi="Arial" w:cs="Arial"/>
                <w:b/>
              </w:rPr>
              <w:t>Results / Findings</w:t>
            </w:r>
          </w:p>
          <w:p w:rsidRPr="008849C8" w:rsidR="002B037D" w:rsidP="002B037D" w:rsidRDefault="002B037D" w14:paraId="7F58268C" w14:textId="77777777">
            <w:pPr>
              <w:pStyle w:val="BodyText"/>
              <w:numPr>
                <w:ilvl w:val="0"/>
                <w:numId w:val="14"/>
              </w:numPr>
              <w:spacing w:after="0"/>
              <w:rPr>
                <w:rFonts w:ascii="Arial" w:hAnsi="Arial" w:cs="Arial"/>
                <w:b/>
                <w:bCs/>
              </w:rPr>
            </w:pPr>
            <w:r w:rsidRPr="008849C8">
              <w:rPr>
                <w:rFonts w:ascii="Arial" w:hAnsi="Arial" w:cs="Arial"/>
                <w:bCs/>
                <w:shd w:val="clear" w:color="auto" w:fill="FFFFFF"/>
              </w:rPr>
              <w:t>Primary findings or results of your research</w:t>
            </w:r>
          </w:p>
          <w:p w:rsidRPr="008849C8" w:rsidR="002B037D" w:rsidRDefault="002B037D" w14:paraId="37F10D05" w14:textId="77777777">
            <w:pPr>
              <w:rPr>
                <w:rFonts w:ascii="Arial" w:hAnsi="Arial" w:cs="Arial"/>
              </w:rPr>
            </w:pPr>
          </w:p>
        </w:tc>
      </w:tr>
      <w:tr w:rsidRPr="008849C8" w:rsidR="007D59EA" w14:paraId="7E32DA3D" w14:textId="77777777">
        <w:tc>
          <w:tcPr>
            <w:tcW w:w="8640" w:type="dxa"/>
          </w:tcPr>
          <w:p w:rsidRPr="008849C8" w:rsidR="007D59EA" w:rsidRDefault="00B24484" w14:paraId="402CB90F" w14:textId="77777777">
            <w:pPr>
              <w:rPr>
                <w:rFonts w:ascii="Arial" w:hAnsi="Arial" w:cs="Arial"/>
              </w:rPr>
            </w:pPr>
            <w:r w:rsidRPr="008849C8">
              <w:rPr>
                <w:rFonts w:ascii="Arial" w:hAnsi="Arial" w:cs="Arial"/>
              </w:rPr>
              <w:t xml:space="preserve"> </w:t>
            </w:r>
          </w:p>
          <w:p w:rsidRPr="008849C8" w:rsidR="002B037D" w:rsidRDefault="002B037D" w14:paraId="1B8943BB" w14:textId="77777777">
            <w:pPr>
              <w:rPr>
                <w:rFonts w:ascii="Arial" w:hAnsi="Arial" w:cs="Arial"/>
              </w:rPr>
            </w:pPr>
          </w:p>
          <w:p w:rsidRPr="008849C8" w:rsidR="002B037D" w:rsidRDefault="002B037D" w14:paraId="783E0AEF" w14:textId="77777777">
            <w:pPr>
              <w:rPr>
                <w:rFonts w:ascii="Arial" w:hAnsi="Arial" w:cs="Arial"/>
              </w:rPr>
            </w:pPr>
          </w:p>
          <w:p w:rsidRPr="008849C8" w:rsidR="002B037D" w:rsidRDefault="002B037D" w14:paraId="62E85354" w14:textId="77777777">
            <w:pPr>
              <w:rPr>
                <w:rFonts w:ascii="Arial" w:hAnsi="Arial" w:cs="Arial"/>
              </w:rPr>
            </w:pPr>
          </w:p>
          <w:p w:rsidRPr="008849C8" w:rsidR="002B037D" w:rsidRDefault="002B037D" w14:paraId="5709B450" w14:textId="77777777">
            <w:pPr>
              <w:rPr>
                <w:rFonts w:ascii="Arial" w:hAnsi="Arial" w:cs="Arial"/>
              </w:rPr>
            </w:pPr>
          </w:p>
          <w:p w:rsidRPr="008849C8" w:rsidR="002B037D" w:rsidRDefault="002B037D" w14:paraId="59984A75" w14:textId="77777777">
            <w:pPr>
              <w:rPr>
                <w:rFonts w:ascii="Arial" w:hAnsi="Arial" w:cs="Arial"/>
              </w:rPr>
            </w:pPr>
          </w:p>
          <w:p w:rsidRPr="008849C8" w:rsidR="002B037D" w:rsidRDefault="002B037D" w14:paraId="7CE668F7" w14:textId="77777777">
            <w:pPr>
              <w:rPr>
                <w:rFonts w:ascii="Arial" w:hAnsi="Arial" w:cs="Arial"/>
              </w:rPr>
            </w:pPr>
          </w:p>
          <w:p w:rsidRPr="008849C8" w:rsidR="00A5578D" w:rsidRDefault="00A5578D" w14:paraId="2DBF5317" w14:textId="77777777">
            <w:pPr>
              <w:rPr>
                <w:rFonts w:ascii="Arial" w:hAnsi="Arial" w:cs="Arial"/>
              </w:rPr>
            </w:pPr>
          </w:p>
          <w:p w:rsidRPr="008849C8" w:rsidR="00A5578D" w:rsidRDefault="00A5578D" w14:paraId="07A91FBA" w14:textId="77777777">
            <w:pPr>
              <w:rPr>
                <w:rFonts w:ascii="Arial" w:hAnsi="Arial" w:cs="Arial"/>
              </w:rPr>
            </w:pPr>
          </w:p>
        </w:tc>
      </w:tr>
    </w:tbl>
    <w:p w:rsidRPr="008849C8" w:rsidR="007D59EA" w:rsidRDefault="007D59EA" w14:paraId="5B02B22C" w14:textId="77777777">
      <w:pPr>
        <w:rPr>
          <w:rFonts w:ascii="Arial" w:hAnsi="Arial" w:cs="Arial"/>
        </w:rPr>
      </w:pPr>
    </w:p>
    <w:tbl>
      <w:tblPr>
        <w:tblStyle w:val="TableGrid"/>
        <w:tblW w:w="0" w:type="auto"/>
        <w:tblLook w:val="04A0" w:firstRow="1" w:lastRow="0" w:firstColumn="1" w:lastColumn="0" w:noHBand="0" w:noVBand="1"/>
      </w:tblPr>
      <w:tblGrid>
        <w:gridCol w:w="8630"/>
      </w:tblGrid>
      <w:tr w:rsidRPr="008849C8" w:rsidR="007D59EA" w14:paraId="17759DB4" w14:textId="77777777">
        <w:tc>
          <w:tcPr>
            <w:tcW w:w="8640" w:type="dxa"/>
          </w:tcPr>
          <w:p w:rsidRPr="008849C8" w:rsidR="007D59EA" w:rsidRDefault="00B24484" w14:paraId="7C2ADF25" w14:textId="77777777">
            <w:pPr>
              <w:rPr>
                <w:rFonts w:ascii="Arial" w:hAnsi="Arial" w:cs="Arial"/>
                <w:b/>
              </w:rPr>
            </w:pPr>
            <w:r w:rsidRPr="008849C8">
              <w:rPr>
                <w:rFonts w:ascii="Arial" w:hAnsi="Arial" w:cs="Arial"/>
                <w:b/>
              </w:rPr>
              <w:t>Discussion</w:t>
            </w:r>
            <w:r w:rsidRPr="008849C8" w:rsidR="002B037D">
              <w:rPr>
                <w:rFonts w:ascii="Arial" w:hAnsi="Arial" w:cs="Arial"/>
                <w:b/>
              </w:rPr>
              <w:t>/Conclusion</w:t>
            </w:r>
          </w:p>
          <w:p w:rsidRPr="008849C8" w:rsidR="002B037D" w:rsidP="002B037D" w:rsidRDefault="002B037D" w14:paraId="13BF94A4" w14:textId="77777777">
            <w:pPr>
              <w:pStyle w:val="BodyText"/>
              <w:numPr>
                <w:ilvl w:val="0"/>
                <w:numId w:val="14"/>
              </w:numPr>
              <w:spacing w:after="0"/>
              <w:rPr>
                <w:rFonts w:ascii="Arial" w:hAnsi="Arial" w:cs="Arial"/>
                <w:b/>
                <w:bCs/>
              </w:rPr>
            </w:pPr>
            <w:r w:rsidRPr="008849C8">
              <w:rPr>
                <w:rFonts w:ascii="Arial" w:hAnsi="Arial" w:cs="Arial"/>
                <w:bCs/>
              </w:rPr>
              <w:t xml:space="preserve">Impact of results </w:t>
            </w:r>
          </w:p>
          <w:p w:rsidRPr="008849C8" w:rsidR="002B037D" w:rsidP="002B037D" w:rsidRDefault="002B037D" w14:paraId="37B61758" w14:textId="77777777">
            <w:pPr>
              <w:pStyle w:val="BodyText"/>
              <w:numPr>
                <w:ilvl w:val="0"/>
                <w:numId w:val="14"/>
              </w:numPr>
              <w:spacing w:after="0"/>
              <w:rPr>
                <w:rFonts w:ascii="Arial" w:hAnsi="Arial" w:cs="Arial"/>
                <w:b/>
                <w:bCs/>
              </w:rPr>
            </w:pPr>
            <w:r w:rsidRPr="008849C8">
              <w:rPr>
                <w:rFonts w:ascii="Arial" w:hAnsi="Arial" w:cs="Arial"/>
                <w:bCs/>
              </w:rPr>
              <w:t xml:space="preserve">Contribution in relation to hypothesis, objective or statement </w:t>
            </w:r>
          </w:p>
          <w:p w:rsidRPr="008849C8" w:rsidR="002B037D" w:rsidRDefault="002B037D" w14:paraId="117A2F4F" w14:textId="41FD5AC4">
            <w:pPr>
              <w:rPr>
                <w:rFonts w:ascii="Arial" w:hAnsi="Arial" w:cs="Arial"/>
              </w:rPr>
            </w:pPr>
          </w:p>
        </w:tc>
      </w:tr>
      <w:tr w:rsidRPr="008849C8" w:rsidR="007D59EA" w14:paraId="3FB71371" w14:textId="77777777">
        <w:tc>
          <w:tcPr>
            <w:tcW w:w="8640" w:type="dxa"/>
          </w:tcPr>
          <w:p w:rsidRPr="008849C8" w:rsidR="007D59EA" w:rsidRDefault="00B24484" w14:paraId="24FEE9BA" w14:textId="77777777">
            <w:pPr>
              <w:rPr>
                <w:rFonts w:ascii="Arial" w:hAnsi="Arial" w:cs="Arial"/>
              </w:rPr>
            </w:pPr>
            <w:r w:rsidRPr="008849C8">
              <w:rPr>
                <w:rFonts w:ascii="Arial" w:hAnsi="Arial" w:cs="Arial"/>
              </w:rPr>
              <w:t xml:space="preserve"> </w:t>
            </w:r>
          </w:p>
          <w:p w:rsidRPr="008849C8" w:rsidR="002B037D" w:rsidRDefault="002B037D" w14:paraId="15156708" w14:textId="77777777">
            <w:pPr>
              <w:rPr>
                <w:rFonts w:ascii="Arial" w:hAnsi="Arial" w:cs="Arial"/>
              </w:rPr>
            </w:pPr>
          </w:p>
          <w:p w:rsidRPr="008849C8" w:rsidR="002B037D" w:rsidRDefault="002B037D" w14:paraId="362D0B5B" w14:textId="77777777">
            <w:pPr>
              <w:rPr>
                <w:rFonts w:ascii="Arial" w:hAnsi="Arial" w:cs="Arial"/>
              </w:rPr>
            </w:pPr>
          </w:p>
          <w:p w:rsidRPr="008849C8" w:rsidR="002B037D" w:rsidRDefault="002B037D" w14:paraId="619BF942" w14:textId="77777777">
            <w:pPr>
              <w:rPr>
                <w:rFonts w:ascii="Arial" w:hAnsi="Arial" w:cs="Arial"/>
              </w:rPr>
            </w:pPr>
          </w:p>
          <w:p w:rsidRPr="008849C8" w:rsidR="002B037D" w:rsidRDefault="002B037D" w14:paraId="68AD9536" w14:textId="77777777">
            <w:pPr>
              <w:rPr>
                <w:rFonts w:ascii="Arial" w:hAnsi="Arial" w:cs="Arial"/>
              </w:rPr>
            </w:pPr>
          </w:p>
          <w:p w:rsidRPr="008849C8" w:rsidR="002B037D" w:rsidRDefault="002B037D" w14:paraId="10AB1A17" w14:textId="77777777">
            <w:pPr>
              <w:rPr>
                <w:rFonts w:ascii="Arial" w:hAnsi="Arial" w:cs="Arial"/>
              </w:rPr>
            </w:pPr>
          </w:p>
          <w:p w:rsidRPr="008849C8" w:rsidR="002B037D" w:rsidRDefault="002B037D" w14:paraId="27926FB4" w14:textId="77777777">
            <w:pPr>
              <w:rPr>
                <w:rFonts w:ascii="Arial" w:hAnsi="Arial" w:cs="Arial"/>
              </w:rPr>
            </w:pPr>
          </w:p>
          <w:p w:rsidRPr="008849C8" w:rsidR="002B037D" w:rsidRDefault="002B037D" w14:paraId="5DC35A06" w14:textId="77777777">
            <w:pPr>
              <w:rPr>
                <w:rFonts w:ascii="Arial" w:hAnsi="Arial" w:cs="Arial"/>
              </w:rPr>
            </w:pPr>
          </w:p>
          <w:p w:rsidRPr="008849C8" w:rsidR="002B037D" w:rsidRDefault="002B037D" w14:paraId="7D09A1A5" w14:textId="77777777">
            <w:pPr>
              <w:rPr>
                <w:rFonts w:ascii="Arial" w:hAnsi="Arial" w:cs="Arial"/>
              </w:rPr>
            </w:pPr>
          </w:p>
          <w:p w:rsidRPr="008849C8" w:rsidR="002B037D" w:rsidRDefault="002B037D" w14:paraId="162FB81E" w14:textId="77777777">
            <w:pPr>
              <w:rPr>
                <w:rFonts w:ascii="Arial" w:hAnsi="Arial" w:cs="Arial"/>
              </w:rPr>
            </w:pPr>
          </w:p>
        </w:tc>
      </w:tr>
    </w:tbl>
    <w:p w:rsidRPr="008849C8" w:rsidR="007D59EA" w:rsidRDefault="00B24484" w14:paraId="442C5570" w14:textId="77777777">
      <w:pPr>
        <w:pStyle w:val="Heading1"/>
        <w:rPr>
          <w:rFonts w:ascii="Arial" w:hAnsi="Arial" w:cs="Arial"/>
          <w:color w:val="auto"/>
          <w:sz w:val="26"/>
          <w:szCs w:val="26"/>
        </w:rPr>
      </w:pPr>
      <w:r w:rsidRPr="008849C8">
        <w:rPr>
          <w:rFonts w:ascii="Arial" w:hAnsi="Arial" w:cs="Arial"/>
          <w:color w:val="auto"/>
          <w:sz w:val="26"/>
          <w:szCs w:val="26"/>
        </w:rPr>
        <w:t>Declaration</w:t>
      </w:r>
    </w:p>
    <w:tbl>
      <w:tblPr>
        <w:tblStyle w:val="TableGrid"/>
        <w:tblW w:w="0" w:type="auto"/>
        <w:tblLook w:val="04A0" w:firstRow="1" w:lastRow="0" w:firstColumn="1" w:lastColumn="0" w:noHBand="0" w:noVBand="1"/>
      </w:tblPr>
      <w:tblGrid>
        <w:gridCol w:w="4315"/>
        <w:gridCol w:w="4315"/>
      </w:tblGrid>
      <w:tr w:rsidRPr="008849C8" w:rsidR="007D59EA" w14:paraId="12507020" w14:textId="77777777">
        <w:tc>
          <w:tcPr>
            <w:tcW w:w="4320" w:type="dxa"/>
          </w:tcPr>
          <w:p w:rsidRPr="008849C8" w:rsidR="007D59EA" w:rsidRDefault="00B24484" w14:paraId="73D68AF1" w14:textId="77777777">
            <w:pPr>
              <w:rPr>
                <w:rFonts w:ascii="Arial" w:hAnsi="Arial" w:cs="Arial"/>
              </w:rPr>
            </w:pPr>
            <w:r w:rsidRPr="008849C8">
              <w:rPr>
                <w:rFonts w:ascii="Arial" w:hAnsi="Arial" w:cs="Arial"/>
              </w:rPr>
              <w:t>First Author Signature</w:t>
            </w:r>
          </w:p>
        </w:tc>
        <w:tc>
          <w:tcPr>
            <w:tcW w:w="4320" w:type="dxa"/>
          </w:tcPr>
          <w:p w:rsidRPr="008849C8" w:rsidR="007D59EA" w:rsidRDefault="00B24484" w14:paraId="089D36EA" w14:textId="77777777">
            <w:pPr>
              <w:rPr>
                <w:rFonts w:ascii="Arial" w:hAnsi="Arial" w:cs="Arial"/>
              </w:rPr>
            </w:pPr>
            <w:r w:rsidRPr="008849C8">
              <w:rPr>
                <w:rFonts w:ascii="Arial" w:hAnsi="Arial" w:cs="Arial"/>
              </w:rPr>
              <w:t>Date</w:t>
            </w:r>
          </w:p>
        </w:tc>
      </w:tr>
      <w:tr w:rsidRPr="008849C8" w:rsidR="007D59EA" w14:paraId="53250CED" w14:textId="77777777">
        <w:tc>
          <w:tcPr>
            <w:tcW w:w="4320" w:type="dxa"/>
          </w:tcPr>
          <w:p w:rsidRPr="008849C8" w:rsidR="007D59EA" w:rsidRDefault="00B24484" w14:paraId="6ED36FDE" w14:textId="77777777">
            <w:pPr>
              <w:rPr>
                <w:rFonts w:ascii="Arial" w:hAnsi="Arial" w:cs="Arial"/>
              </w:rPr>
            </w:pPr>
            <w:r w:rsidRPr="008849C8">
              <w:rPr>
                <w:rFonts w:ascii="Arial" w:hAnsi="Arial" w:cs="Arial"/>
              </w:rPr>
              <w:t xml:space="preserve"> </w:t>
            </w:r>
          </w:p>
          <w:p w:rsidRPr="008849C8" w:rsidR="00A5578D" w:rsidRDefault="00A5578D" w14:paraId="32EA292F" w14:textId="77777777">
            <w:pPr>
              <w:rPr>
                <w:rFonts w:ascii="Arial" w:hAnsi="Arial" w:cs="Arial"/>
              </w:rPr>
            </w:pPr>
          </w:p>
        </w:tc>
        <w:tc>
          <w:tcPr>
            <w:tcW w:w="4320" w:type="dxa"/>
          </w:tcPr>
          <w:p w:rsidRPr="008849C8" w:rsidR="007D59EA" w:rsidRDefault="00B24484" w14:paraId="5C3AB455" w14:textId="77777777">
            <w:pPr>
              <w:rPr>
                <w:rFonts w:ascii="Arial" w:hAnsi="Arial" w:cs="Arial"/>
              </w:rPr>
            </w:pPr>
            <w:r w:rsidRPr="008849C8">
              <w:rPr>
                <w:rFonts w:ascii="Arial" w:hAnsi="Arial" w:cs="Arial"/>
              </w:rPr>
              <w:t xml:space="preserve"> </w:t>
            </w:r>
          </w:p>
        </w:tc>
      </w:tr>
    </w:tbl>
    <w:p w:rsidRPr="008849C8" w:rsidR="00B24484" w:rsidRDefault="00B24484" w14:paraId="4F6DB717" w14:textId="77777777">
      <w:pPr>
        <w:rPr>
          <w:rFonts w:ascii="Arial" w:hAnsi="Arial" w:cs="Arial"/>
        </w:rPr>
      </w:pPr>
    </w:p>
    <w:sectPr w:rsidRPr="008849C8" w:rsidR="00B24484" w:rsidSect="00034616">
      <w:headerReference w:type="default" r:id="rId10"/>
      <w:footerReference w:type="default" r:id="rId11"/>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4484" w:rsidRDefault="00B24484" w14:paraId="4A48D3D6" w14:textId="77777777">
      <w:pPr>
        <w:spacing w:after="0" w:line="240" w:lineRule="auto"/>
      </w:pPr>
      <w:r>
        <w:separator/>
      </w:r>
    </w:p>
  </w:endnote>
  <w:endnote w:type="continuationSeparator" w:id="0">
    <w:p w:rsidR="00B24484" w:rsidRDefault="00B24484" w14:paraId="293150F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037D" w:rsidR="001F5ADB" w:rsidP="001F5ADB" w:rsidRDefault="001F5ADB" w14:paraId="438DE8EE" w14:textId="77777777">
    <w:pPr>
      <w:pStyle w:val="Footer"/>
      <w:jc w:val="center"/>
      <w:rPr>
        <w:sz w:val="16"/>
        <w:szCs w:val="16"/>
      </w:rPr>
    </w:pPr>
    <w:r w:rsidRPr="002B037D">
      <w:rPr>
        <w:sz w:val="16"/>
        <w:szCs w:val="16"/>
      </w:rPr>
      <w:t xml:space="preserve">For further information contact </w:t>
    </w:r>
    <w:r w:rsidRPr="002B037D" w:rsidR="00B24484">
      <w:rPr>
        <w:sz w:val="16"/>
        <w:szCs w:val="16"/>
      </w:rPr>
      <w:t xml:space="preserve">conference@mstrust.org.uk | </w:t>
    </w:r>
  </w:p>
  <w:p w:rsidRPr="002B037D" w:rsidR="001F5ADB" w:rsidP="001F5ADB" w:rsidRDefault="001F5ADB" w14:paraId="0187A69C" w14:textId="32F21167">
    <w:pPr>
      <w:pStyle w:val="Footer"/>
      <w:jc w:val="center"/>
      <w:rPr>
        <w:sz w:val="16"/>
        <w:szCs w:val="16"/>
      </w:rPr>
    </w:pPr>
    <w:r w:rsidRPr="002B037D">
      <w:rPr>
        <w:sz w:val="16"/>
        <w:szCs w:val="16"/>
      </w:rPr>
      <w:t xml:space="preserve">This education event </w:t>
    </w:r>
    <w:r w:rsidRPr="002B037D">
      <w:rPr>
        <w:sz w:val="16"/>
        <w:szCs w:val="16"/>
      </w:rPr>
      <w:t xml:space="preserve">is </w:t>
    </w:r>
    <w:proofErr w:type="spellStart"/>
    <w:r w:rsidRPr="002B037D">
      <w:rPr>
        <w:sz w:val="16"/>
        <w:szCs w:val="16"/>
      </w:rPr>
      <w:t>organised</w:t>
    </w:r>
    <w:proofErr w:type="spellEnd"/>
    <w:r w:rsidRPr="002B037D">
      <w:rPr>
        <w:sz w:val="16"/>
        <w:szCs w:val="16"/>
      </w:rPr>
      <w:t xml:space="preserve"> by Multiple Sclerosis Trust (Education) Ltd.</w:t>
    </w:r>
  </w:p>
  <w:p w:rsidRPr="002B037D" w:rsidR="001F5ADB" w:rsidP="001F5ADB" w:rsidRDefault="001F5ADB" w14:paraId="4C0F6572" w14:textId="77777777">
    <w:pPr>
      <w:pStyle w:val="Footer"/>
      <w:jc w:val="center"/>
      <w:rPr>
        <w:sz w:val="16"/>
        <w:szCs w:val="16"/>
      </w:rPr>
    </w:pPr>
    <w:r w:rsidRPr="002B037D">
      <w:rPr>
        <w:sz w:val="16"/>
        <w:szCs w:val="16"/>
      </w:rPr>
      <w:t xml:space="preserve">Registered Office: The </w:t>
    </w:r>
    <w:proofErr w:type="spellStart"/>
    <w:r w:rsidRPr="002B037D">
      <w:rPr>
        <w:sz w:val="16"/>
        <w:szCs w:val="16"/>
      </w:rPr>
      <w:t>Spirella</w:t>
    </w:r>
    <w:proofErr w:type="spellEnd"/>
    <w:r w:rsidRPr="002B037D">
      <w:rPr>
        <w:sz w:val="16"/>
        <w:szCs w:val="16"/>
      </w:rPr>
      <w:t xml:space="preserve"> Building, Bridge Road, Letchworth, Herts SG6 4ET.</w:t>
    </w:r>
  </w:p>
  <w:p w:rsidRPr="002B037D" w:rsidR="001F5ADB" w:rsidP="001F5ADB" w:rsidRDefault="001F5ADB" w14:paraId="05B397CB" w14:textId="77777777">
    <w:pPr>
      <w:pStyle w:val="Footer"/>
      <w:jc w:val="center"/>
      <w:rPr>
        <w:sz w:val="16"/>
        <w:szCs w:val="16"/>
      </w:rPr>
    </w:pPr>
    <w:r w:rsidRPr="002B037D">
      <w:rPr>
        <w:sz w:val="16"/>
        <w:szCs w:val="16"/>
      </w:rPr>
      <w:t>Registered Company No. 5105344, registered in England and Wales. VAT No. 836 4756 95.</w:t>
    </w:r>
  </w:p>
  <w:p w:rsidRPr="002B037D" w:rsidR="001F5ADB" w:rsidP="001F5ADB" w:rsidRDefault="001F5ADB" w14:paraId="55D2E95D" w14:textId="77777777">
    <w:pPr>
      <w:pStyle w:val="Footer"/>
      <w:jc w:val="center"/>
      <w:rPr>
        <w:sz w:val="16"/>
        <w:szCs w:val="16"/>
      </w:rPr>
    </w:pPr>
    <w:r w:rsidRPr="002B037D">
      <w:rPr>
        <w:sz w:val="16"/>
        <w:szCs w:val="16"/>
      </w:rPr>
      <w:t>All profits are donated to Multiple Sclerosis Trust. Registered Charity number. 1088353.</w:t>
    </w:r>
  </w:p>
  <w:p w:rsidRPr="002B037D" w:rsidR="007D59EA" w:rsidRDefault="00B24484" w14:paraId="67F6060F" w14:textId="174F6B7B">
    <w:pPr>
      <w:pStyle w:val="Footer"/>
      <w:jc w:val="center"/>
      <w:rPr>
        <w:sz w:val="16"/>
        <w:szCs w:val="16"/>
      </w:rPr>
    </w:pPr>
    <w:r w:rsidRPr="002B037D">
      <w:rPr>
        <w:sz w:val="16"/>
        <w:szCs w:val="16"/>
      </w:rPr>
      <w:t>Multiple Sclerosis Trust (Education) Ltd | Charity No. 1088353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4484" w:rsidRDefault="00B24484" w14:paraId="32C191BA" w14:textId="77777777">
      <w:pPr>
        <w:spacing w:after="0" w:line="240" w:lineRule="auto"/>
      </w:pPr>
      <w:r>
        <w:separator/>
      </w:r>
    </w:p>
  </w:footnote>
  <w:footnote w:type="continuationSeparator" w:id="0">
    <w:p w:rsidR="00B24484" w:rsidRDefault="00B24484" w14:paraId="70F90EC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7D59EA" w:rsidRDefault="00B16291" w14:paraId="3D0707E9" w14:textId="45C4E08D">
    <w:pPr>
      <w:pStyle w:val="Header"/>
      <w:jc w:val="center"/>
    </w:pPr>
    <w:r>
      <w:rPr>
        <w:noProof/>
      </w:rPr>
      <w:drawing>
        <wp:inline distT="0" distB="0" distL="0" distR="0" wp14:anchorId="2CE7694D" wp14:editId="03D5AE75">
          <wp:extent cx="1234440" cy="669809"/>
          <wp:effectExtent l="0" t="0" r="0" b="0"/>
          <wp:docPr id="9" name="Picture 8" descr="A blue square with white letters on it&#10;&#10;AI-generated content may be incorrect.">
            <a:extLst xmlns:a="http://schemas.openxmlformats.org/drawingml/2006/main">
              <a:ext uri="{FF2B5EF4-FFF2-40B4-BE49-F238E27FC236}">
                <a16:creationId xmlns:a16="http://schemas.microsoft.com/office/drawing/2014/main" id="{DF0C3431-FA40-85F9-CFD2-50F0E3A1A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quare with white letters on it&#10;&#10;AI-generated content may be incorrect.">
                    <a:extLst>
                      <a:ext uri="{FF2B5EF4-FFF2-40B4-BE49-F238E27FC236}">
                        <a16:creationId xmlns:a16="http://schemas.microsoft.com/office/drawing/2014/main" id="{DF0C3431-FA40-85F9-CFD2-50F0E3A1A01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9026" cy="683149"/>
                  </a:xfrm>
                  <a:prstGeom prst="rect">
                    <a:avLst/>
                  </a:prstGeom>
                </pic:spPr>
              </pic:pic>
            </a:graphicData>
          </a:graphic>
        </wp:inline>
      </w:drawing>
    </w:r>
  </w:p>
</w:hdr>
</file>

<file path=word/intelligence2.xml><?xml version="1.0" encoding="utf-8"?>
<int2:intelligence xmlns:int2="http://schemas.microsoft.com/office/intelligence/2020/intelligence">
  <int2:observations>
    <int2:textHash int2:hashCode="F5meySrj0IR3eS" int2:id="iibzjG2l">
      <int2:state int2:type="spell" int2:value="Rejected"/>
    </int2:textHash>
    <int2:textHash int2:hashCode="ZsSVoklr1usIES" int2:id="e4pCvn87">
      <int2:state int2:type="spell" int2:value="Rejected"/>
    </int2:textHash>
    <int2:bookmark int2:bookmarkName="_Int_F5P0NDMC" int2:invalidationBookmarkName="" int2:hashCode="CJ9pU9mon5qlHp" int2:id="cwg5JD2e">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B2B2E90"/>
    <w:multiLevelType w:val="hybridMultilevel"/>
    <w:tmpl w:val="4330D3A4"/>
    <w:lvl w:ilvl="0" w:tplc="08090005">
      <w:start w:val="1"/>
      <w:numFmt w:val="bullet"/>
      <w:lvlText w:val=""/>
      <w:lvlJc w:val="left"/>
      <w:pPr>
        <w:tabs>
          <w:tab w:val="num" w:pos="720"/>
        </w:tabs>
        <w:ind w:left="720" w:hanging="360"/>
      </w:pPr>
      <w:rPr>
        <w:rFonts w:hint="default" w:ascii="Wingdings" w:hAnsi="Wingdings"/>
        <w:sz w:val="16"/>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0EBB4CB0"/>
    <w:multiLevelType w:val="hybridMultilevel"/>
    <w:tmpl w:val="659A1FFC"/>
    <w:lvl w:ilvl="0" w:tplc="04090007">
      <w:start w:val="1"/>
      <w:numFmt w:val="bullet"/>
      <w:lvlText w:val=""/>
      <w:lvlJc w:val="left"/>
      <w:pPr>
        <w:tabs>
          <w:tab w:val="num" w:pos="360"/>
        </w:tabs>
        <w:ind w:left="360" w:hanging="360"/>
      </w:pPr>
      <w:rPr>
        <w:rFonts w:hint="default" w:ascii="Wingdings" w:hAnsi="Wingdings"/>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F746390"/>
    <w:multiLevelType w:val="hybridMultilevel"/>
    <w:tmpl w:val="ADC031BE"/>
    <w:lvl w:ilvl="0" w:tplc="08090005">
      <w:start w:val="1"/>
      <w:numFmt w:val="bullet"/>
      <w:lvlText w:val=""/>
      <w:lvlJc w:val="left"/>
      <w:pPr>
        <w:tabs>
          <w:tab w:val="num" w:pos="360"/>
        </w:tabs>
        <w:ind w:left="360" w:hanging="360"/>
      </w:pPr>
      <w:rPr>
        <w:rFonts w:hint="default" w:ascii="Wingdings" w:hAnsi="Wingdings"/>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245E5BF1"/>
    <w:multiLevelType w:val="hybridMultilevel"/>
    <w:tmpl w:val="EFE22F9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FE22CA0"/>
    <w:multiLevelType w:val="hybridMultilevel"/>
    <w:tmpl w:val="69BCCE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93F5304"/>
    <w:multiLevelType w:val="hybridMultilevel"/>
    <w:tmpl w:val="163A107A"/>
    <w:lvl w:ilvl="0" w:tplc="04090007">
      <w:start w:val="1"/>
      <w:numFmt w:val="bullet"/>
      <w:lvlText w:val=""/>
      <w:lvlJc w:val="left"/>
      <w:pPr>
        <w:tabs>
          <w:tab w:val="num" w:pos="360"/>
        </w:tabs>
        <w:ind w:left="360" w:hanging="360"/>
      </w:pPr>
      <w:rPr>
        <w:rFonts w:hint="default" w:ascii="Wingdings" w:hAnsi="Wingdings"/>
        <w:sz w:val="16"/>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43D32623"/>
    <w:multiLevelType w:val="hybridMultilevel"/>
    <w:tmpl w:val="275C79A4"/>
    <w:lvl w:ilvl="0" w:tplc="08090005">
      <w:start w:val="1"/>
      <w:numFmt w:val="bullet"/>
      <w:lvlText w:val=""/>
      <w:lvlJc w:val="left"/>
      <w:pPr>
        <w:tabs>
          <w:tab w:val="num" w:pos="360"/>
        </w:tabs>
        <w:ind w:left="360" w:hanging="360"/>
      </w:pPr>
      <w:rPr>
        <w:rFonts w:hint="default" w:ascii="Wingdings" w:hAnsi="Wingdings"/>
        <w:sz w:val="16"/>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47275A5C"/>
    <w:multiLevelType w:val="hybridMultilevel"/>
    <w:tmpl w:val="B6BA9608"/>
    <w:lvl w:ilvl="0" w:tplc="04090007">
      <w:start w:val="1"/>
      <w:numFmt w:val="bullet"/>
      <w:lvlText w:val=""/>
      <w:lvlJc w:val="left"/>
      <w:pPr>
        <w:tabs>
          <w:tab w:val="num" w:pos="720"/>
        </w:tabs>
        <w:ind w:left="720" w:hanging="360"/>
      </w:pPr>
      <w:rPr>
        <w:rFonts w:hint="default" w:ascii="Wingdings" w:hAnsi="Wingdings"/>
        <w:sz w:val="16"/>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4D7E1A0B"/>
    <w:multiLevelType w:val="hybridMultilevel"/>
    <w:tmpl w:val="A0D0F3D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08137D0"/>
    <w:multiLevelType w:val="hybridMultilevel"/>
    <w:tmpl w:val="91DC167A"/>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56A707D4"/>
    <w:multiLevelType w:val="hybridMultilevel"/>
    <w:tmpl w:val="177C55EC"/>
    <w:lvl w:ilvl="0" w:tplc="04090007">
      <w:start w:val="1"/>
      <w:numFmt w:val="bullet"/>
      <w:lvlText w:val=""/>
      <w:lvlJc w:val="left"/>
      <w:pPr>
        <w:tabs>
          <w:tab w:val="num" w:pos="720"/>
        </w:tabs>
        <w:ind w:left="720" w:hanging="360"/>
      </w:pPr>
      <w:rPr>
        <w:rFonts w:hint="default" w:ascii="Wingdings" w:hAnsi="Wingdings"/>
        <w:sz w:val="16"/>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DEF69A3"/>
    <w:multiLevelType w:val="hybridMultilevel"/>
    <w:tmpl w:val="BC5206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61B61F3"/>
    <w:multiLevelType w:val="hybridMultilevel"/>
    <w:tmpl w:val="4FF6F56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65449785">
    <w:abstractNumId w:val="8"/>
  </w:num>
  <w:num w:numId="2" w16cid:durableId="1748959273">
    <w:abstractNumId w:val="6"/>
  </w:num>
  <w:num w:numId="3" w16cid:durableId="1946571063">
    <w:abstractNumId w:val="5"/>
  </w:num>
  <w:num w:numId="4" w16cid:durableId="1888830776">
    <w:abstractNumId w:val="4"/>
  </w:num>
  <w:num w:numId="5" w16cid:durableId="1191070600">
    <w:abstractNumId w:val="7"/>
  </w:num>
  <w:num w:numId="6" w16cid:durableId="339965131">
    <w:abstractNumId w:val="3"/>
  </w:num>
  <w:num w:numId="7" w16cid:durableId="2057773373">
    <w:abstractNumId w:val="2"/>
  </w:num>
  <w:num w:numId="8" w16cid:durableId="624964066">
    <w:abstractNumId w:val="1"/>
  </w:num>
  <w:num w:numId="9" w16cid:durableId="1189223250">
    <w:abstractNumId w:val="0"/>
  </w:num>
  <w:num w:numId="10" w16cid:durableId="618220948">
    <w:abstractNumId w:val="20"/>
  </w:num>
  <w:num w:numId="11" w16cid:durableId="2039427570">
    <w:abstractNumId w:val="17"/>
  </w:num>
  <w:num w:numId="12" w16cid:durableId="1693146206">
    <w:abstractNumId w:val="18"/>
  </w:num>
  <w:num w:numId="13" w16cid:durableId="1911689024">
    <w:abstractNumId w:val="13"/>
  </w:num>
  <w:num w:numId="14" w16cid:durableId="2023581535">
    <w:abstractNumId w:val="21"/>
  </w:num>
  <w:num w:numId="15" w16cid:durableId="1006206875">
    <w:abstractNumId w:val="14"/>
  </w:num>
  <w:num w:numId="16" w16cid:durableId="897935959">
    <w:abstractNumId w:val="16"/>
  </w:num>
  <w:num w:numId="17" w16cid:durableId="1704357191">
    <w:abstractNumId w:val="19"/>
  </w:num>
  <w:num w:numId="18" w16cid:durableId="356587050">
    <w:abstractNumId w:val="9"/>
  </w:num>
  <w:num w:numId="19" w16cid:durableId="788553958">
    <w:abstractNumId w:val="12"/>
  </w:num>
  <w:num w:numId="20" w16cid:durableId="1741515920">
    <w:abstractNumId w:val="10"/>
  </w:num>
  <w:num w:numId="21" w16cid:durableId="1759475855">
    <w:abstractNumId w:val="11"/>
  </w:num>
  <w:num w:numId="22" w16cid:durableId="11623087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1AA"/>
    <w:rsid w:val="0015074B"/>
    <w:rsid w:val="001F5ADB"/>
    <w:rsid w:val="0029639D"/>
    <w:rsid w:val="002B037D"/>
    <w:rsid w:val="003174D6"/>
    <w:rsid w:val="00326F90"/>
    <w:rsid w:val="0034351F"/>
    <w:rsid w:val="007D59EA"/>
    <w:rsid w:val="008849C8"/>
    <w:rsid w:val="00A5578D"/>
    <w:rsid w:val="00AA1D8D"/>
    <w:rsid w:val="00B16291"/>
    <w:rsid w:val="00B24484"/>
    <w:rsid w:val="00B47730"/>
    <w:rsid w:val="00CB0664"/>
    <w:rsid w:val="00FC693F"/>
    <w:rsid w:val="15EFF35C"/>
    <w:rsid w:val="24F94479"/>
    <w:rsid w:val="4AAE260F"/>
    <w:rsid w:val="5A678D22"/>
    <w:rsid w:val="5E0F4DBD"/>
    <w:rsid w:val="76B59CF1"/>
    <w:rsid w:val="76D445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ccecff"/>
    </o:shapedefaults>
    <o:shapelayout v:ext="edit">
      <o:idmap v:ext="edit" data="1"/>
    </o:shapelayout>
  </w:shapeDefaults>
  <w:decimalSymbol w:val="."/>
  <w:listSeparator w:val=","/>
  <w14:docId w14:val="703F54A7"/>
  <w14:defaultImageDpi w14:val="300"/>
  <w15:docId w15:val="{BAC060A4-0F31-4980-B589-A8B48B3C7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F5ADB"/>
    <w:rPr>
      <w:color w:val="0000FF" w:themeColor="hyperlink"/>
      <w:u w:val="single"/>
    </w:rPr>
  </w:style>
  <w:style w:type="character" w:styleId="UnresolvedMention">
    <w:name w:val="Unresolved Mention"/>
    <w:basedOn w:val="DefaultParagraphFont"/>
    <w:uiPriority w:val="99"/>
    <w:semiHidden/>
    <w:unhideWhenUsed/>
    <w:rsid w:val="001F5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mailto:conference@mstrust.org.uk"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conference@mstrust.org.uk" TargetMode="External" Id="rId9" /><Relationship Type="http://schemas.openxmlformats.org/officeDocument/2006/relationships/customXml" Target="../customXml/item2.xml" Id="rId14" /><Relationship Type="http://schemas.microsoft.com/office/2020/10/relationships/intelligence" Target="intelligence2.xml" Id="R2d8ae24985204af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3ADD64F137C5549A074E7CE10F29F2D" ma:contentTypeVersion="8" ma:contentTypeDescription="Create a new document." ma:contentTypeScope="" ma:versionID="908592b41ca464c5bebcea14b5578189">
  <xsd:schema xmlns:xsd="http://www.w3.org/2001/XMLSchema" xmlns:xs="http://www.w3.org/2001/XMLSchema" xmlns:p="http://schemas.microsoft.com/office/2006/metadata/properties" xmlns:ns2="972cc694-d0cf-48ac-a176-3c7cfbe5313a" targetNamespace="http://schemas.microsoft.com/office/2006/metadata/properties" ma:root="true" ma:fieldsID="da5dba31ffb41a754e876f799f285627" ns2:_="">
    <xsd:import namespace="972cc694-d0cf-48ac-a176-3c7cfbe531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cc694-d0cf-48ac-a176-3c7cfbe53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A49BBC6-65F5-4D71-9391-ED6B829C998C}"/>
</file>

<file path=customXml/itemProps3.xml><?xml version="1.0" encoding="utf-8"?>
<ds:datastoreItem xmlns:ds="http://schemas.openxmlformats.org/officeDocument/2006/customXml" ds:itemID="{96C199C0-8575-411A-969D-34C1192F1265}"/>
</file>

<file path=customXml/itemProps4.xml><?xml version="1.0" encoding="utf-8"?>
<ds:datastoreItem xmlns:ds="http://schemas.openxmlformats.org/officeDocument/2006/customXml" ds:itemID="{4A6A4497-934A-4AA0-BE51-09798F3C56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May Farrow</lastModifiedBy>
  <revision>4</revision>
  <dcterms:created xsi:type="dcterms:W3CDTF">2026-06-16T12:55:00.0000000Z</dcterms:created>
  <dcterms:modified xsi:type="dcterms:W3CDTF">2026-09-21T07:58:56.7132847Z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0x01010053ADD64F137C5549A074E7CE10F29F2D</vt:lpwstr>
  </property>
</Properties>
</file>